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4431D" w14:textId="77777777" w:rsidR="00A14D53" w:rsidRDefault="00000000">
      <w:pPr>
        <w:pStyle w:val="Ttulo1"/>
        <w:jc w:val="center"/>
      </w:pPr>
      <w:r>
        <w:t>DOCUMENTO DE FORMALIZAÇÃO DA DEMANDA - DFD</w:t>
      </w:r>
    </w:p>
    <w:p w14:paraId="126F7E10" w14:textId="77777777" w:rsidR="00A14D53" w:rsidRDefault="00000000">
      <w:r>
        <w:t>Processo Administrativo nº 0040/2026</w:t>
      </w:r>
      <w:r>
        <w:br/>
        <w:t>Pregão Eletrônico nº 0010/2026</w:t>
      </w:r>
      <w:r>
        <w:br/>
        <w:t>Sistema de Registro de Preços</w:t>
      </w:r>
    </w:p>
    <w:p w14:paraId="5A43ED13" w14:textId="77777777" w:rsidR="00A14D53" w:rsidRDefault="00000000">
      <w:pPr>
        <w:pStyle w:val="Ttulo2"/>
      </w:pPr>
      <w:r>
        <w:t>Responsáveis pela Demanda</w:t>
      </w:r>
    </w:p>
    <w:p w14:paraId="7AEAD3C1" w14:textId="77777777" w:rsidR="00A14D53" w:rsidRDefault="00000000">
      <w:r>
        <w:t>Hélio Marcelo Olenka – Administração Municipal e Secretarias Participantes</w:t>
      </w:r>
      <w:r>
        <w:br/>
        <w:t>Luiz Carlos de Oliveira – Secretaria Municipal de Educação</w:t>
      </w:r>
      <w:r>
        <w:br/>
        <w:t>Edimar Anschau Santiel – Fundo Municipal de Saúde</w:t>
      </w:r>
      <w:r>
        <w:br/>
        <w:t>Vilma de Fátima Padilha Godoy – Fundo Municipal de Assistência Social</w:t>
      </w:r>
    </w:p>
    <w:p w14:paraId="1DCA9BDC" w14:textId="77777777" w:rsidR="00A14D53" w:rsidRDefault="00000000">
      <w:pPr>
        <w:pStyle w:val="Ttulo2"/>
      </w:pPr>
      <w:r>
        <w:t>Objeto</w:t>
      </w:r>
    </w:p>
    <w:p w14:paraId="00CA0D6F" w14:textId="77777777" w:rsidR="00A14D53" w:rsidRDefault="00000000">
      <w:r>
        <w:t>Registro de Preços para futura e eventual aquisição parcelada de materiais de higiene, limpeza, copa, cozinha, utensílios e correlatos.</w:t>
      </w:r>
    </w:p>
    <w:p w14:paraId="62720BE0" w14:textId="77777777" w:rsidR="00A14D53" w:rsidRDefault="00000000">
      <w:pPr>
        <w:pStyle w:val="Ttulo2"/>
      </w:pPr>
      <w:r>
        <w:t>Justificativa</w:t>
      </w:r>
    </w:p>
    <w:p w14:paraId="4C3E8530" w14:textId="77777777" w:rsidR="00A14D53" w:rsidRDefault="00000000">
      <w:r>
        <w:t>As demandas inicialmente apresentadas pelas Secretarias foram revisadas, consolidadas e adequadas pelo Setor de Licitações, com ajustes de quantitativos e exclusão de itens, buscando compatibilizar a contratação com a necessidade efetiva da Administração, promovendo economicidade e eficiência no planejamento da futura contratação. Os quantitativos abaixo representam a versão final consolidada.</w:t>
      </w:r>
    </w:p>
    <w:p w14:paraId="15886E90" w14:textId="77777777" w:rsidR="00A14D53" w:rsidRDefault="00000000">
      <w:pPr>
        <w:pStyle w:val="Ttulo2"/>
      </w:pPr>
      <w:r>
        <w:t>3. Quantitativos Consolidados por Órgão Participante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58"/>
        <w:gridCol w:w="2117"/>
        <w:gridCol w:w="1236"/>
        <w:gridCol w:w="921"/>
        <w:gridCol w:w="1224"/>
        <w:gridCol w:w="871"/>
        <w:gridCol w:w="883"/>
        <w:gridCol w:w="720"/>
      </w:tblGrid>
      <w:tr w:rsidR="00A14D53" w14:paraId="51496F58" w14:textId="77777777">
        <w:tc>
          <w:tcPr>
            <w:tcW w:w="1080" w:type="dxa"/>
          </w:tcPr>
          <w:p w14:paraId="2E0641E9" w14:textId="77777777" w:rsidR="00A14D53" w:rsidRDefault="00000000">
            <w:r>
              <w:t>Item</w:t>
            </w:r>
          </w:p>
        </w:tc>
        <w:tc>
          <w:tcPr>
            <w:tcW w:w="1080" w:type="dxa"/>
          </w:tcPr>
          <w:p w14:paraId="411B58F1" w14:textId="77777777" w:rsidR="00A14D53" w:rsidRDefault="00000000">
            <w:r>
              <w:t>Descrição</w:t>
            </w:r>
          </w:p>
        </w:tc>
        <w:tc>
          <w:tcPr>
            <w:tcW w:w="1080" w:type="dxa"/>
          </w:tcPr>
          <w:p w14:paraId="512FF276" w14:textId="77777777" w:rsidR="00A14D53" w:rsidRDefault="00000000">
            <w:r>
              <w:t>Un.</w:t>
            </w:r>
          </w:p>
        </w:tc>
        <w:tc>
          <w:tcPr>
            <w:tcW w:w="1080" w:type="dxa"/>
          </w:tcPr>
          <w:p w14:paraId="37757BB3" w14:textId="77777777" w:rsidR="00A14D53" w:rsidRDefault="00000000">
            <w:r>
              <w:t>Admin.</w:t>
            </w:r>
          </w:p>
        </w:tc>
        <w:tc>
          <w:tcPr>
            <w:tcW w:w="1080" w:type="dxa"/>
          </w:tcPr>
          <w:p w14:paraId="31174BE8" w14:textId="77777777" w:rsidR="00A14D53" w:rsidRDefault="00000000">
            <w:r>
              <w:t>Educação</w:t>
            </w:r>
          </w:p>
        </w:tc>
        <w:tc>
          <w:tcPr>
            <w:tcW w:w="1080" w:type="dxa"/>
          </w:tcPr>
          <w:p w14:paraId="65C7E0DD" w14:textId="77777777" w:rsidR="00A14D53" w:rsidRDefault="00000000">
            <w:r>
              <w:t>Saúde</w:t>
            </w:r>
          </w:p>
        </w:tc>
        <w:tc>
          <w:tcPr>
            <w:tcW w:w="1080" w:type="dxa"/>
          </w:tcPr>
          <w:p w14:paraId="400A7978" w14:textId="77777777" w:rsidR="00A14D53" w:rsidRDefault="00000000">
            <w:r>
              <w:t>Assist. Social</w:t>
            </w:r>
          </w:p>
        </w:tc>
        <w:tc>
          <w:tcPr>
            <w:tcW w:w="1080" w:type="dxa"/>
          </w:tcPr>
          <w:p w14:paraId="6CE2BBBF" w14:textId="77777777" w:rsidR="00A14D53" w:rsidRDefault="00000000">
            <w:r>
              <w:t>Total</w:t>
            </w:r>
          </w:p>
        </w:tc>
      </w:tr>
      <w:tr w:rsidR="00A14D53" w14:paraId="042155C2" w14:textId="77777777">
        <w:tc>
          <w:tcPr>
            <w:tcW w:w="1080" w:type="dxa"/>
          </w:tcPr>
          <w:p w14:paraId="09415E9C" w14:textId="77777777" w:rsidR="00A14D53" w:rsidRDefault="00000000">
            <w:r>
              <w:t>1</w:t>
            </w:r>
          </w:p>
        </w:tc>
        <w:tc>
          <w:tcPr>
            <w:tcW w:w="1080" w:type="dxa"/>
          </w:tcPr>
          <w:p w14:paraId="2BD73FC5" w14:textId="77777777" w:rsidR="00A14D53" w:rsidRDefault="00000000">
            <w:r>
              <w:t>Água sanitária – galão 5 L</w:t>
            </w:r>
          </w:p>
        </w:tc>
        <w:tc>
          <w:tcPr>
            <w:tcW w:w="1080" w:type="dxa"/>
          </w:tcPr>
          <w:p w14:paraId="7BB62BC6" w14:textId="77777777" w:rsidR="00A14D53" w:rsidRDefault="00000000">
            <w:r>
              <w:t>GALÃO</w:t>
            </w:r>
          </w:p>
        </w:tc>
        <w:tc>
          <w:tcPr>
            <w:tcW w:w="1080" w:type="dxa"/>
          </w:tcPr>
          <w:p w14:paraId="16BA4883" w14:textId="77777777" w:rsidR="00A14D53" w:rsidRDefault="00000000">
            <w:r>
              <w:t>240</w:t>
            </w:r>
          </w:p>
        </w:tc>
        <w:tc>
          <w:tcPr>
            <w:tcW w:w="1080" w:type="dxa"/>
          </w:tcPr>
          <w:p w14:paraId="037C8D8E" w14:textId="77777777" w:rsidR="00A14D53" w:rsidRDefault="00000000">
            <w:r>
              <w:t>720</w:t>
            </w:r>
          </w:p>
        </w:tc>
        <w:tc>
          <w:tcPr>
            <w:tcW w:w="1080" w:type="dxa"/>
          </w:tcPr>
          <w:p w14:paraId="5C4F2A65" w14:textId="77777777" w:rsidR="00A14D53" w:rsidRDefault="00000000">
            <w:r>
              <w:t>480</w:t>
            </w:r>
          </w:p>
        </w:tc>
        <w:tc>
          <w:tcPr>
            <w:tcW w:w="1080" w:type="dxa"/>
          </w:tcPr>
          <w:p w14:paraId="641A4C2A" w14:textId="77777777" w:rsidR="00A14D53" w:rsidRDefault="00000000">
            <w:r>
              <w:t>240</w:t>
            </w:r>
          </w:p>
        </w:tc>
        <w:tc>
          <w:tcPr>
            <w:tcW w:w="1080" w:type="dxa"/>
          </w:tcPr>
          <w:p w14:paraId="5FE8E18A" w14:textId="77777777" w:rsidR="00A14D53" w:rsidRDefault="00000000">
            <w:r>
              <w:t>1680</w:t>
            </w:r>
          </w:p>
        </w:tc>
      </w:tr>
      <w:tr w:rsidR="00A14D53" w14:paraId="7616C4C0" w14:textId="77777777">
        <w:tc>
          <w:tcPr>
            <w:tcW w:w="1080" w:type="dxa"/>
          </w:tcPr>
          <w:p w14:paraId="0DE3B92A" w14:textId="77777777" w:rsidR="00A14D53" w:rsidRDefault="00000000">
            <w:r>
              <w:t>2</w:t>
            </w:r>
          </w:p>
        </w:tc>
        <w:tc>
          <w:tcPr>
            <w:tcW w:w="1080" w:type="dxa"/>
          </w:tcPr>
          <w:p w14:paraId="744330E2" w14:textId="77777777" w:rsidR="00A14D53" w:rsidRDefault="00000000">
            <w:r>
              <w:t>Álcool líquido 70% – caixa c/ 12 frascos de 1 L</w:t>
            </w:r>
          </w:p>
        </w:tc>
        <w:tc>
          <w:tcPr>
            <w:tcW w:w="1080" w:type="dxa"/>
          </w:tcPr>
          <w:p w14:paraId="50B749E2" w14:textId="77777777" w:rsidR="00A14D53" w:rsidRDefault="00000000">
            <w:r>
              <w:t>CAIXA</w:t>
            </w:r>
          </w:p>
        </w:tc>
        <w:tc>
          <w:tcPr>
            <w:tcW w:w="1080" w:type="dxa"/>
          </w:tcPr>
          <w:p w14:paraId="229A3FA4" w14:textId="77777777" w:rsidR="00A14D53" w:rsidRDefault="00000000">
            <w:r>
              <w:t>22</w:t>
            </w:r>
          </w:p>
        </w:tc>
        <w:tc>
          <w:tcPr>
            <w:tcW w:w="1080" w:type="dxa"/>
          </w:tcPr>
          <w:p w14:paraId="12883692" w14:textId="77777777" w:rsidR="00A14D53" w:rsidRDefault="00000000">
            <w:r>
              <w:t>60</w:t>
            </w:r>
          </w:p>
        </w:tc>
        <w:tc>
          <w:tcPr>
            <w:tcW w:w="1080" w:type="dxa"/>
          </w:tcPr>
          <w:p w14:paraId="0EA2372A" w14:textId="77777777" w:rsidR="00A14D53" w:rsidRDefault="00000000">
            <w:r>
              <w:t>90</w:t>
            </w:r>
          </w:p>
        </w:tc>
        <w:tc>
          <w:tcPr>
            <w:tcW w:w="1080" w:type="dxa"/>
          </w:tcPr>
          <w:p w14:paraId="002AFB9C" w14:textId="77777777" w:rsidR="00A14D53" w:rsidRDefault="00000000">
            <w:r>
              <w:t>30</w:t>
            </w:r>
          </w:p>
        </w:tc>
        <w:tc>
          <w:tcPr>
            <w:tcW w:w="1080" w:type="dxa"/>
          </w:tcPr>
          <w:p w14:paraId="0C034FBD" w14:textId="77777777" w:rsidR="00A14D53" w:rsidRDefault="00000000">
            <w:r>
              <w:t>202</w:t>
            </w:r>
          </w:p>
        </w:tc>
      </w:tr>
      <w:tr w:rsidR="00A14D53" w14:paraId="2683D911" w14:textId="77777777">
        <w:tc>
          <w:tcPr>
            <w:tcW w:w="1080" w:type="dxa"/>
          </w:tcPr>
          <w:p w14:paraId="6286DFB7" w14:textId="77777777" w:rsidR="00A14D53" w:rsidRDefault="00000000">
            <w:r>
              <w:t>3</w:t>
            </w:r>
          </w:p>
        </w:tc>
        <w:tc>
          <w:tcPr>
            <w:tcW w:w="1080" w:type="dxa"/>
          </w:tcPr>
          <w:p w14:paraId="6B4168A3" w14:textId="77777777" w:rsidR="00A14D53" w:rsidRDefault="00000000">
            <w:r>
              <w:t>Álcool líquido 92,8% – caixa c/ 12 frascos de 1 L</w:t>
            </w:r>
          </w:p>
        </w:tc>
        <w:tc>
          <w:tcPr>
            <w:tcW w:w="1080" w:type="dxa"/>
          </w:tcPr>
          <w:p w14:paraId="47582A67" w14:textId="77777777" w:rsidR="00A14D53" w:rsidRDefault="00000000">
            <w:r>
              <w:t>CAIXA</w:t>
            </w:r>
          </w:p>
        </w:tc>
        <w:tc>
          <w:tcPr>
            <w:tcW w:w="1080" w:type="dxa"/>
          </w:tcPr>
          <w:p w14:paraId="1C5F8E8E" w14:textId="77777777" w:rsidR="00A14D53" w:rsidRDefault="00000000">
            <w:r>
              <w:t>8</w:t>
            </w:r>
          </w:p>
        </w:tc>
        <w:tc>
          <w:tcPr>
            <w:tcW w:w="1080" w:type="dxa"/>
          </w:tcPr>
          <w:p w14:paraId="18ECAEF6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4B00D0E2" w14:textId="77777777" w:rsidR="00A14D53" w:rsidRDefault="00000000">
            <w:r>
              <w:t>35</w:t>
            </w:r>
          </w:p>
        </w:tc>
        <w:tc>
          <w:tcPr>
            <w:tcW w:w="1080" w:type="dxa"/>
          </w:tcPr>
          <w:p w14:paraId="795A4CCF" w14:textId="77777777" w:rsidR="00A14D53" w:rsidRDefault="00000000">
            <w:r>
              <w:t>8</w:t>
            </w:r>
          </w:p>
        </w:tc>
        <w:tc>
          <w:tcPr>
            <w:tcW w:w="1080" w:type="dxa"/>
          </w:tcPr>
          <w:p w14:paraId="184191D2" w14:textId="77777777" w:rsidR="00A14D53" w:rsidRDefault="00000000">
            <w:r>
              <w:t>65</w:t>
            </w:r>
          </w:p>
        </w:tc>
      </w:tr>
      <w:tr w:rsidR="00A14D53" w14:paraId="62AF95A6" w14:textId="77777777">
        <w:tc>
          <w:tcPr>
            <w:tcW w:w="1080" w:type="dxa"/>
          </w:tcPr>
          <w:p w14:paraId="2B2B285C" w14:textId="77777777" w:rsidR="00A14D53" w:rsidRDefault="00000000">
            <w:r>
              <w:t>4</w:t>
            </w:r>
          </w:p>
        </w:tc>
        <w:tc>
          <w:tcPr>
            <w:tcW w:w="1080" w:type="dxa"/>
          </w:tcPr>
          <w:p w14:paraId="31B81A54" w14:textId="77777777" w:rsidR="00A14D53" w:rsidRDefault="00000000">
            <w:r>
              <w:t>Álcool em gel 70% – galão 5 L</w:t>
            </w:r>
          </w:p>
        </w:tc>
        <w:tc>
          <w:tcPr>
            <w:tcW w:w="1080" w:type="dxa"/>
          </w:tcPr>
          <w:p w14:paraId="7ED6D83C" w14:textId="77777777" w:rsidR="00A14D53" w:rsidRDefault="00000000">
            <w:r>
              <w:t>GALÃO</w:t>
            </w:r>
          </w:p>
        </w:tc>
        <w:tc>
          <w:tcPr>
            <w:tcW w:w="1080" w:type="dxa"/>
          </w:tcPr>
          <w:p w14:paraId="13328031" w14:textId="77777777" w:rsidR="00A14D53" w:rsidRDefault="00000000">
            <w:r>
              <w:t>22</w:t>
            </w:r>
          </w:p>
        </w:tc>
        <w:tc>
          <w:tcPr>
            <w:tcW w:w="1080" w:type="dxa"/>
          </w:tcPr>
          <w:p w14:paraId="136C9E29" w14:textId="77777777" w:rsidR="00A14D53" w:rsidRDefault="00000000">
            <w:r>
              <w:t>45</w:t>
            </w:r>
          </w:p>
        </w:tc>
        <w:tc>
          <w:tcPr>
            <w:tcW w:w="1080" w:type="dxa"/>
          </w:tcPr>
          <w:p w14:paraId="48FC53E0" w14:textId="77777777" w:rsidR="00A14D53" w:rsidRDefault="00000000">
            <w:r>
              <w:t>90</w:t>
            </w:r>
          </w:p>
        </w:tc>
        <w:tc>
          <w:tcPr>
            <w:tcW w:w="1080" w:type="dxa"/>
          </w:tcPr>
          <w:p w14:paraId="132A8F12" w14:textId="77777777" w:rsidR="00A14D53" w:rsidRDefault="00000000">
            <w:r>
              <w:t>30</w:t>
            </w:r>
          </w:p>
        </w:tc>
        <w:tc>
          <w:tcPr>
            <w:tcW w:w="1080" w:type="dxa"/>
          </w:tcPr>
          <w:p w14:paraId="62BF5F15" w14:textId="77777777" w:rsidR="00A14D53" w:rsidRDefault="00000000">
            <w:r>
              <w:t>187</w:t>
            </w:r>
          </w:p>
        </w:tc>
      </w:tr>
      <w:tr w:rsidR="00A14D53" w14:paraId="1C3CC2FA" w14:textId="77777777">
        <w:tc>
          <w:tcPr>
            <w:tcW w:w="1080" w:type="dxa"/>
          </w:tcPr>
          <w:p w14:paraId="050CE629" w14:textId="77777777" w:rsidR="00A14D53" w:rsidRDefault="00000000">
            <w:r>
              <w:t>5</w:t>
            </w:r>
          </w:p>
        </w:tc>
        <w:tc>
          <w:tcPr>
            <w:tcW w:w="1080" w:type="dxa"/>
          </w:tcPr>
          <w:p w14:paraId="5AE6791A" w14:textId="77777777" w:rsidR="00A14D53" w:rsidRDefault="00000000">
            <w:r>
              <w:t>Álcool em gel 70% com válvula pump – frasco 500 ml</w:t>
            </w:r>
          </w:p>
        </w:tc>
        <w:tc>
          <w:tcPr>
            <w:tcW w:w="1080" w:type="dxa"/>
          </w:tcPr>
          <w:p w14:paraId="56C0BBDA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3AF37921" w14:textId="77777777" w:rsidR="00A14D53" w:rsidRDefault="00000000">
            <w:r>
              <w:t>100</w:t>
            </w:r>
          </w:p>
        </w:tc>
        <w:tc>
          <w:tcPr>
            <w:tcW w:w="1080" w:type="dxa"/>
          </w:tcPr>
          <w:p w14:paraId="297AC626" w14:textId="77777777" w:rsidR="00A14D53" w:rsidRDefault="00000000">
            <w:r>
              <w:t>220</w:t>
            </w:r>
          </w:p>
        </w:tc>
        <w:tc>
          <w:tcPr>
            <w:tcW w:w="1080" w:type="dxa"/>
          </w:tcPr>
          <w:p w14:paraId="66106D81" w14:textId="77777777" w:rsidR="00A14D53" w:rsidRDefault="00000000">
            <w:r>
              <w:t>360</w:t>
            </w:r>
          </w:p>
        </w:tc>
        <w:tc>
          <w:tcPr>
            <w:tcW w:w="1080" w:type="dxa"/>
          </w:tcPr>
          <w:p w14:paraId="1F45D591" w14:textId="77777777" w:rsidR="00A14D53" w:rsidRDefault="00000000">
            <w:r>
              <w:t>120</w:t>
            </w:r>
          </w:p>
        </w:tc>
        <w:tc>
          <w:tcPr>
            <w:tcW w:w="1080" w:type="dxa"/>
          </w:tcPr>
          <w:p w14:paraId="551EDE23" w14:textId="77777777" w:rsidR="00A14D53" w:rsidRDefault="00000000">
            <w:r>
              <w:t>800</w:t>
            </w:r>
          </w:p>
        </w:tc>
      </w:tr>
      <w:tr w:rsidR="00A14D53" w14:paraId="052DD011" w14:textId="77777777">
        <w:tc>
          <w:tcPr>
            <w:tcW w:w="1080" w:type="dxa"/>
          </w:tcPr>
          <w:p w14:paraId="6210B7A0" w14:textId="77777777" w:rsidR="00A14D53" w:rsidRDefault="00000000">
            <w:r>
              <w:lastRenderedPageBreak/>
              <w:t>6</w:t>
            </w:r>
          </w:p>
        </w:tc>
        <w:tc>
          <w:tcPr>
            <w:tcW w:w="1080" w:type="dxa"/>
          </w:tcPr>
          <w:p w14:paraId="366167EB" w14:textId="77777777" w:rsidR="00A14D53" w:rsidRDefault="00000000">
            <w:r>
              <w:t>Amaciante de roupas – galão 5 L</w:t>
            </w:r>
          </w:p>
        </w:tc>
        <w:tc>
          <w:tcPr>
            <w:tcW w:w="1080" w:type="dxa"/>
          </w:tcPr>
          <w:p w14:paraId="51DC6056" w14:textId="77777777" w:rsidR="00A14D53" w:rsidRDefault="00000000">
            <w:r>
              <w:t>GALÃO</w:t>
            </w:r>
          </w:p>
        </w:tc>
        <w:tc>
          <w:tcPr>
            <w:tcW w:w="1080" w:type="dxa"/>
          </w:tcPr>
          <w:p w14:paraId="0E68A567" w14:textId="77777777" w:rsidR="00A14D53" w:rsidRDefault="00000000">
            <w:r>
              <w:t>16</w:t>
            </w:r>
          </w:p>
        </w:tc>
        <w:tc>
          <w:tcPr>
            <w:tcW w:w="1080" w:type="dxa"/>
          </w:tcPr>
          <w:p w14:paraId="5F9E11F2" w14:textId="77777777" w:rsidR="00A14D53" w:rsidRDefault="00000000">
            <w:r>
              <w:t>60</w:t>
            </w:r>
          </w:p>
        </w:tc>
        <w:tc>
          <w:tcPr>
            <w:tcW w:w="1080" w:type="dxa"/>
          </w:tcPr>
          <w:p w14:paraId="4E234D3A" w14:textId="77777777" w:rsidR="00A14D53" w:rsidRDefault="00000000">
            <w:r>
              <w:t>16</w:t>
            </w:r>
          </w:p>
        </w:tc>
        <w:tc>
          <w:tcPr>
            <w:tcW w:w="1080" w:type="dxa"/>
          </w:tcPr>
          <w:p w14:paraId="3B567B85" w14:textId="77777777" w:rsidR="00A14D53" w:rsidRDefault="00000000">
            <w:r>
              <w:t>90</w:t>
            </w:r>
          </w:p>
        </w:tc>
        <w:tc>
          <w:tcPr>
            <w:tcW w:w="1080" w:type="dxa"/>
          </w:tcPr>
          <w:p w14:paraId="7FCD61CC" w14:textId="77777777" w:rsidR="00A14D53" w:rsidRDefault="00000000">
            <w:r>
              <w:t>182</w:t>
            </w:r>
          </w:p>
        </w:tc>
      </w:tr>
      <w:tr w:rsidR="00A14D53" w14:paraId="1BF9D12A" w14:textId="77777777">
        <w:tc>
          <w:tcPr>
            <w:tcW w:w="1080" w:type="dxa"/>
          </w:tcPr>
          <w:p w14:paraId="4993C084" w14:textId="77777777" w:rsidR="00A14D53" w:rsidRDefault="00000000">
            <w:r>
              <w:t>8</w:t>
            </w:r>
          </w:p>
        </w:tc>
        <w:tc>
          <w:tcPr>
            <w:tcW w:w="1080" w:type="dxa"/>
          </w:tcPr>
          <w:p w14:paraId="444D6577" w14:textId="77777777" w:rsidR="00A14D53" w:rsidRDefault="00000000">
            <w:r>
              <w:t>Desinfetante concentrado – galão 5 L</w:t>
            </w:r>
          </w:p>
        </w:tc>
        <w:tc>
          <w:tcPr>
            <w:tcW w:w="1080" w:type="dxa"/>
          </w:tcPr>
          <w:p w14:paraId="683A5414" w14:textId="77777777" w:rsidR="00A14D53" w:rsidRDefault="00000000">
            <w:r>
              <w:t>GALÃO</w:t>
            </w:r>
          </w:p>
        </w:tc>
        <w:tc>
          <w:tcPr>
            <w:tcW w:w="1080" w:type="dxa"/>
          </w:tcPr>
          <w:p w14:paraId="20B878E8" w14:textId="77777777" w:rsidR="00A14D53" w:rsidRDefault="00000000">
            <w:r>
              <w:t>290</w:t>
            </w:r>
          </w:p>
        </w:tc>
        <w:tc>
          <w:tcPr>
            <w:tcW w:w="1080" w:type="dxa"/>
          </w:tcPr>
          <w:p w14:paraId="60031680" w14:textId="77777777" w:rsidR="00A14D53" w:rsidRDefault="00000000">
            <w:r>
              <w:t>720</w:t>
            </w:r>
          </w:p>
        </w:tc>
        <w:tc>
          <w:tcPr>
            <w:tcW w:w="1080" w:type="dxa"/>
          </w:tcPr>
          <w:p w14:paraId="71830B82" w14:textId="77777777" w:rsidR="00A14D53" w:rsidRDefault="00000000">
            <w:r>
              <w:t>440</w:t>
            </w:r>
          </w:p>
        </w:tc>
        <w:tc>
          <w:tcPr>
            <w:tcW w:w="1080" w:type="dxa"/>
          </w:tcPr>
          <w:p w14:paraId="4B5D605A" w14:textId="77777777" w:rsidR="00A14D53" w:rsidRDefault="00000000">
            <w:r>
              <w:t>290</w:t>
            </w:r>
          </w:p>
        </w:tc>
        <w:tc>
          <w:tcPr>
            <w:tcW w:w="1080" w:type="dxa"/>
          </w:tcPr>
          <w:p w14:paraId="58464CB6" w14:textId="77777777" w:rsidR="00A14D53" w:rsidRDefault="00000000">
            <w:r>
              <w:t>1740</w:t>
            </w:r>
          </w:p>
        </w:tc>
      </w:tr>
      <w:tr w:rsidR="00A14D53" w14:paraId="5AEA9DD8" w14:textId="77777777">
        <w:tc>
          <w:tcPr>
            <w:tcW w:w="1080" w:type="dxa"/>
          </w:tcPr>
          <w:p w14:paraId="59D9F313" w14:textId="77777777" w:rsidR="00A14D53" w:rsidRDefault="00000000">
            <w:r>
              <w:t>9</w:t>
            </w:r>
          </w:p>
        </w:tc>
        <w:tc>
          <w:tcPr>
            <w:tcW w:w="1080" w:type="dxa"/>
          </w:tcPr>
          <w:p w14:paraId="194F104C" w14:textId="77777777" w:rsidR="00A14D53" w:rsidRDefault="00000000">
            <w:r>
              <w:t>Desodorizador de ambientes aerossol – 360 ml</w:t>
            </w:r>
          </w:p>
        </w:tc>
        <w:tc>
          <w:tcPr>
            <w:tcW w:w="1080" w:type="dxa"/>
          </w:tcPr>
          <w:p w14:paraId="0930F8C6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36C46A25" w14:textId="77777777" w:rsidR="00A14D53" w:rsidRDefault="00000000">
            <w:r>
              <w:t>220</w:t>
            </w:r>
          </w:p>
        </w:tc>
        <w:tc>
          <w:tcPr>
            <w:tcW w:w="1080" w:type="dxa"/>
          </w:tcPr>
          <w:p w14:paraId="2828D958" w14:textId="77777777" w:rsidR="00A14D53" w:rsidRDefault="00000000">
            <w:r>
              <w:t>440</w:t>
            </w:r>
          </w:p>
        </w:tc>
        <w:tc>
          <w:tcPr>
            <w:tcW w:w="1080" w:type="dxa"/>
          </w:tcPr>
          <w:p w14:paraId="4226DEE2" w14:textId="77777777" w:rsidR="00A14D53" w:rsidRDefault="00000000">
            <w:r>
              <w:t>220</w:t>
            </w:r>
          </w:p>
        </w:tc>
        <w:tc>
          <w:tcPr>
            <w:tcW w:w="1080" w:type="dxa"/>
          </w:tcPr>
          <w:p w14:paraId="68415CBD" w14:textId="77777777" w:rsidR="00A14D53" w:rsidRDefault="00000000">
            <w:r>
              <w:t>220</w:t>
            </w:r>
          </w:p>
        </w:tc>
        <w:tc>
          <w:tcPr>
            <w:tcW w:w="1080" w:type="dxa"/>
          </w:tcPr>
          <w:p w14:paraId="2E8FBA4B" w14:textId="77777777" w:rsidR="00A14D53" w:rsidRDefault="00000000">
            <w:r>
              <w:t>1100</w:t>
            </w:r>
          </w:p>
        </w:tc>
      </w:tr>
      <w:tr w:rsidR="00A14D53" w14:paraId="223B282B" w14:textId="77777777">
        <w:tc>
          <w:tcPr>
            <w:tcW w:w="1080" w:type="dxa"/>
          </w:tcPr>
          <w:p w14:paraId="75B6560F" w14:textId="77777777" w:rsidR="00A14D53" w:rsidRDefault="00000000">
            <w:r>
              <w:t>10</w:t>
            </w:r>
          </w:p>
        </w:tc>
        <w:tc>
          <w:tcPr>
            <w:tcW w:w="1080" w:type="dxa"/>
          </w:tcPr>
          <w:p w14:paraId="6F10818C" w14:textId="77777777" w:rsidR="00A14D53" w:rsidRDefault="00000000">
            <w:r>
              <w:t>Detergente líquido neutro – frasco 500 ml</w:t>
            </w:r>
          </w:p>
        </w:tc>
        <w:tc>
          <w:tcPr>
            <w:tcW w:w="1080" w:type="dxa"/>
          </w:tcPr>
          <w:p w14:paraId="6746BAB0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1F74E242" w14:textId="77777777" w:rsidR="00A14D53" w:rsidRDefault="00000000">
            <w:r>
              <w:t>580</w:t>
            </w:r>
          </w:p>
        </w:tc>
        <w:tc>
          <w:tcPr>
            <w:tcW w:w="1080" w:type="dxa"/>
          </w:tcPr>
          <w:p w14:paraId="6218BC2A" w14:textId="77777777" w:rsidR="00A14D53" w:rsidRDefault="00000000">
            <w:r>
              <w:t>1440</w:t>
            </w:r>
          </w:p>
        </w:tc>
        <w:tc>
          <w:tcPr>
            <w:tcW w:w="1080" w:type="dxa"/>
          </w:tcPr>
          <w:p w14:paraId="69F78E51" w14:textId="77777777" w:rsidR="00A14D53" w:rsidRDefault="00000000">
            <w:r>
              <w:t>440</w:t>
            </w:r>
          </w:p>
        </w:tc>
        <w:tc>
          <w:tcPr>
            <w:tcW w:w="1080" w:type="dxa"/>
          </w:tcPr>
          <w:p w14:paraId="591BAB51" w14:textId="77777777" w:rsidR="00A14D53" w:rsidRDefault="00000000">
            <w:r>
              <w:t>720</w:t>
            </w:r>
          </w:p>
        </w:tc>
        <w:tc>
          <w:tcPr>
            <w:tcW w:w="1080" w:type="dxa"/>
          </w:tcPr>
          <w:p w14:paraId="15881FDD" w14:textId="77777777" w:rsidR="00A14D53" w:rsidRDefault="00000000">
            <w:r>
              <w:t>3180</w:t>
            </w:r>
          </w:p>
        </w:tc>
      </w:tr>
      <w:tr w:rsidR="00A14D53" w14:paraId="224C1F2D" w14:textId="77777777">
        <w:tc>
          <w:tcPr>
            <w:tcW w:w="1080" w:type="dxa"/>
          </w:tcPr>
          <w:p w14:paraId="5280CD04" w14:textId="77777777" w:rsidR="00A14D53" w:rsidRDefault="00000000">
            <w:r>
              <w:t>11</w:t>
            </w:r>
          </w:p>
        </w:tc>
        <w:tc>
          <w:tcPr>
            <w:tcW w:w="1080" w:type="dxa"/>
          </w:tcPr>
          <w:p w14:paraId="3245F2AA" w14:textId="77777777" w:rsidR="00A14D53" w:rsidRDefault="00000000">
            <w:r>
              <w:t>Detergente desengordurante – galão 5 L</w:t>
            </w:r>
          </w:p>
        </w:tc>
        <w:tc>
          <w:tcPr>
            <w:tcW w:w="1080" w:type="dxa"/>
          </w:tcPr>
          <w:p w14:paraId="407B1FED" w14:textId="77777777" w:rsidR="00A14D53" w:rsidRDefault="00000000">
            <w:r>
              <w:t>GALÃO</w:t>
            </w:r>
          </w:p>
        </w:tc>
        <w:tc>
          <w:tcPr>
            <w:tcW w:w="1080" w:type="dxa"/>
          </w:tcPr>
          <w:p w14:paraId="4E849B77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504D124D" w14:textId="77777777" w:rsidR="00A14D53" w:rsidRDefault="00000000">
            <w:r>
              <w:t>290</w:t>
            </w:r>
          </w:p>
        </w:tc>
        <w:tc>
          <w:tcPr>
            <w:tcW w:w="1080" w:type="dxa"/>
          </w:tcPr>
          <w:p w14:paraId="37C3E74B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718D017C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497ED8B3" w14:textId="77777777" w:rsidR="00A14D53" w:rsidRDefault="00000000">
            <w:r>
              <w:t>740</w:t>
            </w:r>
          </w:p>
        </w:tc>
      </w:tr>
      <w:tr w:rsidR="00A14D53" w14:paraId="163FDAD6" w14:textId="77777777">
        <w:tc>
          <w:tcPr>
            <w:tcW w:w="1080" w:type="dxa"/>
          </w:tcPr>
          <w:p w14:paraId="5D54B426" w14:textId="77777777" w:rsidR="00A14D53" w:rsidRDefault="00000000">
            <w:r>
              <w:t>12</w:t>
            </w:r>
          </w:p>
        </w:tc>
        <w:tc>
          <w:tcPr>
            <w:tcW w:w="1080" w:type="dxa"/>
          </w:tcPr>
          <w:p w14:paraId="158FF57E" w14:textId="77777777" w:rsidR="00A14D53" w:rsidRDefault="00000000">
            <w:r>
              <w:t>Limpa-vidros com gatilho – frasco 500 ml</w:t>
            </w:r>
          </w:p>
        </w:tc>
        <w:tc>
          <w:tcPr>
            <w:tcW w:w="1080" w:type="dxa"/>
          </w:tcPr>
          <w:p w14:paraId="4EC99486" w14:textId="77777777" w:rsidR="00A14D53" w:rsidRDefault="00000000">
            <w:r>
              <w:t>FRASCO</w:t>
            </w:r>
          </w:p>
        </w:tc>
        <w:tc>
          <w:tcPr>
            <w:tcW w:w="1080" w:type="dxa"/>
          </w:tcPr>
          <w:p w14:paraId="2653C9E6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777541A3" w14:textId="77777777" w:rsidR="00A14D53" w:rsidRDefault="00000000">
            <w:r>
              <w:t>290</w:t>
            </w:r>
          </w:p>
        </w:tc>
        <w:tc>
          <w:tcPr>
            <w:tcW w:w="1080" w:type="dxa"/>
          </w:tcPr>
          <w:p w14:paraId="6863F62F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5DE85F89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36A5EB47" w14:textId="77777777" w:rsidR="00A14D53" w:rsidRDefault="00000000">
            <w:r>
              <w:t>740</w:t>
            </w:r>
          </w:p>
        </w:tc>
      </w:tr>
      <w:tr w:rsidR="00A14D53" w14:paraId="26C0B4C6" w14:textId="77777777">
        <w:tc>
          <w:tcPr>
            <w:tcW w:w="1080" w:type="dxa"/>
          </w:tcPr>
          <w:p w14:paraId="2ABB07A1" w14:textId="77777777" w:rsidR="00A14D53" w:rsidRDefault="00000000">
            <w:r>
              <w:t>13</w:t>
            </w:r>
          </w:p>
        </w:tc>
        <w:tc>
          <w:tcPr>
            <w:tcW w:w="1080" w:type="dxa"/>
          </w:tcPr>
          <w:p w14:paraId="642074B1" w14:textId="77777777" w:rsidR="00A14D53" w:rsidRDefault="00000000">
            <w:r>
              <w:t>Limpador para limpeza pesada – embalagem 2 L</w:t>
            </w:r>
          </w:p>
        </w:tc>
        <w:tc>
          <w:tcPr>
            <w:tcW w:w="1080" w:type="dxa"/>
          </w:tcPr>
          <w:p w14:paraId="4C2995E6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72686C19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2B07E93A" w14:textId="77777777" w:rsidR="00A14D53" w:rsidRDefault="00000000">
            <w:r>
              <w:t>290</w:t>
            </w:r>
          </w:p>
        </w:tc>
        <w:tc>
          <w:tcPr>
            <w:tcW w:w="1080" w:type="dxa"/>
          </w:tcPr>
          <w:p w14:paraId="698B3082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1BD0CE49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34867EF1" w14:textId="77777777" w:rsidR="00A14D53" w:rsidRDefault="00000000">
            <w:r>
              <w:t>740</w:t>
            </w:r>
          </w:p>
        </w:tc>
      </w:tr>
      <w:tr w:rsidR="00A14D53" w14:paraId="613D53D5" w14:textId="77777777">
        <w:tc>
          <w:tcPr>
            <w:tcW w:w="1080" w:type="dxa"/>
          </w:tcPr>
          <w:p w14:paraId="49E3E5DF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46F682F7" w14:textId="77777777" w:rsidR="00A14D53" w:rsidRDefault="00000000">
            <w:r>
              <w:t>Limpador perfumado com álcool – galão 5 L</w:t>
            </w:r>
          </w:p>
        </w:tc>
        <w:tc>
          <w:tcPr>
            <w:tcW w:w="1080" w:type="dxa"/>
          </w:tcPr>
          <w:p w14:paraId="7A0B073B" w14:textId="77777777" w:rsidR="00A14D53" w:rsidRDefault="00000000">
            <w:r>
              <w:t>GALÃO</w:t>
            </w:r>
          </w:p>
        </w:tc>
        <w:tc>
          <w:tcPr>
            <w:tcW w:w="1080" w:type="dxa"/>
          </w:tcPr>
          <w:p w14:paraId="142169E8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60E8AC57" w14:textId="77777777" w:rsidR="00A14D53" w:rsidRDefault="00000000">
            <w:r>
              <w:t>360</w:t>
            </w:r>
          </w:p>
        </w:tc>
        <w:tc>
          <w:tcPr>
            <w:tcW w:w="1080" w:type="dxa"/>
          </w:tcPr>
          <w:p w14:paraId="5928753F" w14:textId="77777777" w:rsidR="00A14D53" w:rsidRDefault="00000000">
            <w:r>
              <w:t>220</w:t>
            </w:r>
          </w:p>
        </w:tc>
        <w:tc>
          <w:tcPr>
            <w:tcW w:w="1080" w:type="dxa"/>
          </w:tcPr>
          <w:p w14:paraId="0026E475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6F170590" w14:textId="77777777" w:rsidR="00A14D53" w:rsidRDefault="00000000">
            <w:r>
              <w:t>880</w:t>
            </w:r>
          </w:p>
        </w:tc>
      </w:tr>
      <w:tr w:rsidR="00A14D53" w14:paraId="507404EA" w14:textId="77777777">
        <w:tc>
          <w:tcPr>
            <w:tcW w:w="1080" w:type="dxa"/>
          </w:tcPr>
          <w:p w14:paraId="08C5F79C" w14:textId="77777777" w:rsidR="00A14D53" w:rsidRDefault="00000000">
            <w:r>
              <w:t>15</w:t>
            </w:r>
          </w:p>
        </w:tc>
        <w:tc>
          <w:tcPr>
            <w:tcW w:w="1080" w:type="dxa"/>
          </w:tcPr>
          <w:p w14:paraId="2DB8DE5C" w14:textId="77777777" w:rsidR="00A14D53" w:rsidRDefault="00000000">
            <w:r>
              <w:t>Limpador multiuso – frasco 500 ml</w:t>
            </w:r>
          </w:p>
        </w:tc>
        <w:tc>
          <w:tcPr>
            <w:tcW w:w="1080" w:type="dxa"/>
          </w:tcPr>
          <w:p w14:paraId="28373C3A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6A0E3783" w14:textId="77777777" w:rsidR="00A14D53" w:rsidRDefault="00000000">
            <w:r>
              <w:t>440</w:t>
            </w:r>
          </w:p>
        </w:tc>
        <w:tc>
          <w:tcPr>
            <w:tcW w:w="1080" w:type="dxa"/>
          </w:tcPr>
          <w:p w14:paraId="3E749081" w14:textId="77777777" w:rsidR="00A14D53" w:rsidRDefault="00000000">
            <w:r>
              <w:t>870</w:t>
            </w:r>
          </w:p>
        </w:tc>
        <w:tc>
          <w:tcPr>
            <w:tcW w:w="1080" w:type="dxa"/>
          </w:tcPr>
          <w:p w14:paraId="18D87EA1" w14:textId="77777777" w:rsidR="00A14D53" w:rsidRDefault="00000000">
            <w:r>
              <w:t>440</w:t>
            </w:r>
          </w:p>
        </w:tc>
        <w:tc>
          <w:tcPr>
            <w:tcW w:w="1080" w:type="dxa"/>
          </w:tcPr>
          <w:p w14:paraId="447EB131" w14:textId="77777777" w:rsidR="00A14D53" w:rsidRDefault="00000000">
            <w:r>
              <w:t>440</w:t>
            </w:r>
          </w:p>
        </w:tc>
        <w:tc>
          <w:tcPr>
            <w:tcW w:w="1080" w:type="dxa"/>
          </w:tcPr>
          <w:p w14:paraId="4B608250" w14:textId="77777777" w:rsidR="00A14D53" w:rsidRDefault="00000000">
            <w:r>
              <w:t>2190</w:t>
            </w:r>
          </w:p>
        </w:tc>
      </w:tr>
      <w:tr w:rsidR="00A14D53" w14:paraId="3BE75B4B" w14:textId="77777777">
        <w:tc>
          <w:tcPr>
            <w:tcW w:w="1080" w:type="dxa"/>
          </w:tcPr>
          <w:p w14:paraId="0DED5449" w14:textId="77777777" w:rsidR="00A14D53" w:rsidRDefault="00000000">
            <w:r>
              <w:t>16</w:t>
            </w:r>
          </w:p>
        </w:tc>
        <w:tc>
          <w:tcPr>
            <w:tcW w:w="1080" w:type="dxa"/>
          </w:tcPr>
          <w:p w14:paraId="64C72EBD" w14:textId="77777777" w:rsidR="00A14D53" w:rsidRDefault="00000000">
            <w:r>
              <w:t>Lustra-móveis – frasco 200 ml</w:t>
            </w:r>
          </w:p>
        </w:tc>
        <w:tc>
          <w:tcPr>
            <w:tcW w:w="1080" w:type="dxa"/>
          </w:tcPr>
          <w:p w14:paraId="4858E7AB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15BC7140" w14:textId="77777777" w:rsidR="00A14D53" w:rsidRDefault="00000000">
            <w:r>
              <w:t>90</w:t>
            </w:r>
          </w:p>
        </w:tc>
        <w:tc>
          <w:tcPr>
            <w:tcW w:w="1080" w:type="dxa"/>
          </w:tcPr>
          <w:p w14:paraId="79516DD4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43EF4617" w14:textId="77777777" w:rsidR="00A14D53" w:rsidRDefault="00000000">
            <w:r>
              <w:t>75</w:t>
            </w:r>
          </w:p>
        </w:tc>
        <w:tc>
          <w:tcPr>
            <w:tcW w:w="1080" w:type="dxa"/>
          </w:tcPr>
          <w:p w14:paraId="4D60C5BC" w14:textId="77777777" w:rsidR="00A14D53" w:rsidRDefault="00000000">
            <w:r>
              <w:t>60</w:t>
            </w:r>
          </w:p>
        </w:tc>
        <w:tc>
          <w:tcPr>
            <w:tcW w:w="1080" w:type="dxa"/>
          </w:tcPr>
          <w:p w14:paraId="148E8DEC" w14:textId="77777777" w:rsidR="00A14D53" w:rsidRDefault="00000000">
            <w:r>
              <w:t>375</w:t>
            </w:r>
          </w:p>
        </w:tc>
      </w:tr>
      <w:tr w:rsidR="00A14D53" w14:paraId="174A5DD8" w14:textId="77777777">
        <w:tc>
          <w:tcPr>
            <w:tcW w:w="1080" w:type="dxa"/>
          </w:tcPr>
          <w:p w14:paraId="35A62DCE" w14:textId="77777777" w:rsidR="00A14D53" w:rsidRDefault="00000000">
            <w:r>
              <w:t>17</w:t>
            </w:r>
          </w:p>
        </w:tc>
        <w:tc>
          <w:tcPr>
            <w:tcW w:w="1080" w:type="dxa"/>
          </w:tcPr>
          <w:p w14:paraId="4337FE58" w14:textId="77777777" w:rsidR="00A14D53" w:rsidRDefault="00000000">
            <w:r>
              <w:t>Pedra sanitária</w:t>
            </w:r>
          </w:p>
        </w:tc>
        <w:tc>
          <w:tcPr>
            <w:tcW w:w="1080" w:type="dxa"/>
          </w:tcPr>
          <w:p w14:paraId="56254CE2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70036EEA" w14:textId="77777777" w:rsidR="00A14D53" w:rsidRDefault="00000000">
            <w:r>
              <w:t>580</w:t>
            </w:r>
          </w:p>
        </w:tc>
        <w:tc>
          <w:tcPr>
            <w:tcW w:w="1080" w:type="dxa"/>
          </w:tcPr>
          <w:p w14:paraId="4EC2E7AA" w14:textId="77777777" w:rsidR="00A14D53" w:rsidRDefault="00000000">
            <w:r>
              <w:t>1440</w:t>
            </w:r>
          </w:p>
        </w:tc>
        <w:tc>
          <w:tcPr>
            <w:tcW w:w="1080" w:type="dxa"/>
          </w:tcPr>
          <w:p w14:paraId="263E4AE3" w14:textId="77777777" w:rsidR="00A14D53" w:rsidRDefault="00000000">
            <w:r>
              <w:t>580</w:t>
            </w:r>
          </w:p>
        </w:tc>
        <w:tc>
          <w:tcPr>
            <w:tcW w:w="1080" w:type="dxa"/>
          </w:tcPr>
          <w:p w14:paraId="3ECBB00B" w14:textId="77777777" w:rsidR="00A14D53" w:rsidRDefault="00000000">
            <w:r>
              <w:t>580</w:t>
            </w:r>
          </w:p>
        </w:tc>
        <w:tc>
          <w:tcPr>
            <w:tcW w:w="1080" w:type="dxa"/>
          </w:tcPr>
          <w:p w14:paraId="272D7E13" w14:textId="77777777" w:rsidR="00A14D53" w:rsidRDefault="00000000">
            <w:r>
              <w:t>3180</w:t>
            </w:r>
          </w:p>
        </w:tc>
      </w:tr>
      <w:tr w:rsidR="00A14D53" w14:paraId="089D3AA7" w14:textId="77777777">
        <w:tc>
          <w:tcPr>
            <w:tcW w:w="1080" w:type="dxa"/>
          </w:tcPr>
          <w:p w14:paraId="1AFEF120" w14:textId="77777777" w:rsidR="00A14D53" w:rsidRDefault="00000000">
            <w:r>
              <w:t>18</w:t>
            </w:r>
          </w:p>
        </w:tc>
        <w:tc>
          <w:tcPr>
            <w:tcW w:w="1080" w:type="dxa"/>
          </w:tcPr>
          <w:p w14:paraId="4175214E" w14:textId="77777777" w:rsidR="00A14D53" w:rsidRDefault="00000000">
            <w:r>
              <w:t>Sabão em barra – pacote c/ 5 barras</w:t>
            </w:r>
          </w:p>
        </w:tc>
        <w:tc>
          <w:tcPr>
            <w:tcW w:w="1080" w:type="dxa"/>
          </w:tcPr>
          <w:p w14:paraId="458B8E85" w14:textId="77777777" w:rsidR="00A14D53" w:rsidRDefault="00000000">
            <w:r>
              <w:t>PACOTE</w:t>
            </w:r>
          </w:p>
        </w:tc>
        <w:tc>
          <w:tcPr>
            <w:tcW w:w="1080" w:type="dxa"/>
          </w:tcPr>
          <w:p w14:paraId="15E74E59" w14:textId="77777777" w:rsidR="00A14D53" w:rsidRDefault="00000000">
            <w:r>
              <w:t>120</w:t>
            </w:r>
          </w:p>
        </w:tc>
        <w:tc>
          <w:tcPr>
            <w:tcW w:w="1080" w:type="dxa"/>
          </w:tcPr>
          <w:p w14:paraId="65B5717D" w14:textId="77777777" w:rsidR="00A14D53" w:rsidRDefault="00000000">
            <w:r>
              <w:t>440</w:t>
            </w:r>
          </w:p>
        </w:tc>
        <w:tc>
          <w:tcPr>
            <w:tcW w:w="1080" w:type="dxa"/>
          </w:tcPr>
          <w:p w14:paraId="7CCFBB59" w14:textId="77777777" w:rsidR="00A14D53" w:rsidRDefault="00000000">
            <w:r>
              <w:t>120</w:t>
            </w:r>
          </w:p>
        </w:tc>
        <w:tc>
          <w:tcPr>
            <w:tcW w:w="1080" w:type="dxa"/>
          </w:tcPr>
          <w:p w14:paraId="48533799" w14:textId="77777777" w:rsidR="00A14D53" w:rsidRDefault="00000000">
            <w:r>
              <w:t>210</w:t>
            </w:r>
          </w:p>
        </w:tc>
        <w:tc>
          <w:tcPr>
            <w:tcW w:w="1080" w:type="dxa"/>
          </w:tcPr>
          <w:p w14:paraId="3B88C292" w14:textId="77777777" w:rsidR="00A14D53" w:rsidRDefault="00000000">
            <w:r>
              <w:t>890</w:t>
            </w:r>
          </w:p>
        </w:tc>
      </w:tr>
      <w:tr w:rsidR="00A14D53" w14:paraId="0ACE3F26" w14:textId="77777777">
        <w:tc>
          <w:tcPr>
            <w:tcW w:w="1080" w:type="dxa"/>
          </w:tcPr>
          <w:p w14:paraId="12DFC375" w14:textId="77777777" w:rsidR="00A14D53" w:rsidRDefault="00000000">
            <w:r>
              <w:t>19</w:t>
            </w:r>
          </w:p>
        </w:tc>
        <w:tc>
          <w:tcPr>
            <w:tcW w:w="1080" w:type="dxa"/>
          </w:tcPr>
          <w:p w14:paraId="2D5A081E" w14:textId="77777777" w:rsidR="00A14D53" w:rsidRDefault="00000000">
            <w:r>
              <w:t>Sabão em pó – pacote 1 kg</w:t>
            </w:r>
          </w:p>
        </w:tc>
        <w:tc>
          <w:tcPr>
            <w:tcW w:w="1080" w:type="dxa"/>
          </w:tcPr>
          <w:p w14:paraId="71F62B9B" w14:textId="77777777" w:rsidR="00A14D53" w:rsidRDefault="00000000">
            <w:r>
              <w:t>PACOTE</w:t>
            </w:r>
          </w:p>
        </w:tc>
        <w:tc>
          <w:tcPr>
            <w:tcW w:w="1080" w:type="dxa"/>
          </w:tcPr>
          <w:p w14:paraId="0BF3C8CE" w14:textId="77777777" w:rsidR="00A14D53" w:rsidRDefault="00000000">
            <w:r>
              <w:t>220</w:t>
            </w:r>
          </w:p>
        </w:tc>
        <w:tc>
          <w:tcPr>
            <w:tcW w:w="1080" w:type="dxa"/>
          </w:tcPr>
          <w:p w14:paraId="226B451A" w14:textId="77777777" w:rsidR="00A14D53" w:rsidRDefault="00000000">
            <w:r>
              <w:t>870</w:t>
            </w:r>
          </w:p>
        </w:tc>
        <w:tc>
          <w:tcPr>
            <w:tcW w:w="1080" w:type="dxa"/>
          </w:tcPr>
          <w:p w14:paraId="0846CE1D" w14:textId="77777777" w:rsidR="00A14D53" w:rsidRDefault="00000000">
            <w:r>
              <w:t>220</w:t>
            </w:r>
          </w:p>
        </w:tc>
        <w:tc>
          <w:tcPr>
            <w:tcW w:w="1080" w:type="dxa"/>
          </w:tcPr>
          <w:p w14:paraId="1F5DF5F2" w14:textId="77777777" w:rsidR="00A14D53" w:rsidRDefault="00000000">
            <w:r>
              <w:t>440</w:t>
            </w:r>
          </w:p>
        </w:tc>
        <w:tc>
          <w:tcPr>
            <w:tcW w:w="1080" w:type="dxa"/>
          </w:tcPr>
          <w:p w14:paraId="72B0FC5C" w14:textId="77777777" w:rsidR="00A14D53" w:rsidRDefault="00000000">
            <w:r>
              <w:t>1750</w:t>
            </w:r>
          </w:p>
        </w:tc>
      </w:tr>
      <w:tr w:rsidR="00A14D53" w14:paraId="58C4ADE1" w14:textId="77777777">
        <w:tc>
          <w:tcPr>
            <w:tcW w:w="1080" w:type="dxa"/>
          </w:tcPr>
          <w:p w14:paraId="255953AC" w14:textId="77777777" w:rsidR="00A14D53" w:rsidRDefault="00000000">
            <w:r>
              <w:t>20</w:t>
            </w:r>
          </w:p>
        </w:tc>
        <w:tc>
          <w:tcPr>
            <w:tcW w:w="1080" w:type="dxa"/>
          </w:tcPr>
          <w:p w14:paraId="6EEBB02B" w14:textId="77777777" w:rsidR="00A14D53" w:rsidRDefault="00000000">
            <w:r>
              <w:t>Sabão líquido para roupas – galão 5 L</w:t>
            </w:r>
          </w:p>
        </w:tc>
        <w:tc>
          <w:tcPr>
            <w:tcW w:w="1080" w:type="dxa"/>
          </w:tcPr>
          <w:p w14:paraId="62D254C9" w14:textId="77777777" w:rsidR="00A14D53" w:rsidRDefault="00000000">
            <w:r>
              <w:t>GALÃO</w:t>
            </w:r>
          </w:p>
        </w:tc>
        <w:tc>
          <w:tcPr>
            <w:tcW w:w="1080" w:type="dxa"/>
          </w:tcPr>
          <w:p w14:paraId="3A0B83E7" w14:textId="77777777" w:rsidR="00A14D53" w:rsidRDefault="00000000">
            <w:r>
              <w:t>60</w:t>
            </w:r>
          </w:p>
        </w:tc>
        <w:tc>
          <w:tcPr>
            <w:tcW w:w="1080" w:type="dxa"/>
          </w:tcPr>
          <w:p w14:paraId="66D0096F" w14:textId="77777777" w:rsidR="00A14D53" w:rsidRDefault="00000000">
            <w:r>
              <w:t>290</w:t>
            </w:r>
          </w:p>
        </w:tc>
        <w:tc>
          <w:tcPr>
            <w:tcW w:w="1080" w:type="dxa"/>
          </w:tcPr>
          <w:p w14:paraId="5606E354" w14:textId="77777777" w:rsidR="00A14D53" w:rsidRDefault="00000000">
            <w:r>
              <w:t>60</w:t>
            </w:r>
          </w:p>
        </w:tc>
        <w:tc>
          <w:tcPr>
            <w:tcW w:w="1080" w:type="dxa"/>
          </w:tcPr>
          <w:p w14:paraId="614BFEF5" w14:textId="77777777" w:rsidR="00A14D53" w:rsidRDefault="00000000">
            <w:r>
              <w:t>220</w:t>
            </w:r>
          </w:p>
        </w:tc>
        <w:tc>
          <w:tcPr>
            <w:tcW w:w="1080" w:type="dxa"/>
          </w:tcPr>
          <w:p w14:paraId="3B80D6FE" w14:textId="77777777" w:rsidR="00A14D53" w:rsidRDefault="00000000">
            <w:r>
              <w:t>630</w:t>
            </w:r>
          </w:p>
        </w:tc>
      </w:tr>
      <w:tr w:rsidR="00A14D53" w14:paraId="3F266CB7" w14:textId="77777777">
        <w:tc>
          <w:tcPr>
            <w:tcW w:w="1080" w:type="dxa"/>
          </w:tcPr>
          <w:p w14:paraId="0C4F8841" w14:textId="77777777" w:rsidR="00A14D53" w:rsidRDefault="00000000">
            <w:r>
              <w:t>21</w:t>
            </w:r>
          </w:p>
        </w:tc>
        <w:tc>
          <w:tcPr>
            <w:tcW w:w="1080" w:type="dxa"/>
          </w:tcPr>
          <w:p w14:paraId="622ACE39" w14:textId="77777777" w:rsidR="00A14D53" w:rsidRDefault="00000000">
            <w:r>
              <w:t>Saponáceo cremoso – frasco 300 ml</w:t>
            </w:r>
          </w:p>
        </w:tc>
        <w:tc>
          <w:tcPr>
            <w:tcW w:w="1080" w:type="dxa"/>
          </w:tcPr>
          <w:p w14:paraId="1F364BC8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010600CA" w14:textId="77777777" w:rsidR="00A14D53" w:rsidRDefault="00000000">
            <w:r>
              <w:t>220</w:t>
            </w:r>
          </w:p>
        </w:tc>
        <w:tc>
          <w:tcPr>
            <w:tcW w:w="1080" w:type="dxa"/>
          </w:tcPr>
          <w:p w14:paraId="5E5903A6" w14:textId="77777777" w:rsidR="00A14D53" w:rsidRDefault="00000000">
            <w:r>
              <w:t>440</w:t>
            </w:r>
          </w:p>
        </w:tc>
        <w:tc>
          <w:tcPr>
            <w:tcW w:w="1080" w:type="dxa"/>
          </w:tcPr>
          <w:p w14:paraId="17EDCEFA" w14:textId="77777777" w:rsidR="00A14D53" w:rsidRDefault="00000000">
            <w:r>
              <w:t>220</w:t>
            </w:r>
          </w:p>
        </w:tc>
        <w:tc>
          <w:tcPr>
            <w:tcW w:w="1080" w:type="dxa"/>
          </w:tcPr>
          <w:p w14:paraId="1929F955" w14:textId="77777777" w:rsidR="00A14D53" w:rsidRDefault="00000000">
            <w:r>
              <w:t>220</w:t>
            </w:r>
          </w:p>
        </w:tc>
        <w:tc>
          <w:tcPr>
            <w:tcW w:w="1080" w:type="dxa"/>
          </w:tcPr>
          <w:p w14:paraId="7A4EE14E" w14:textId="77777777" w:rsidR="00A14D53" w:rsidRDefault="00000000">
            <w:r>
              <w:t>1100</w:t>
            </w:r>
          </w:p>
        </w:tc>
      </w:tr>
      <w:tr w:rsidR="00A14D53" w14:paraId="1794A4A1" w14:textId="77777777">
        <w:tc>
          <w:tcPr>
            <w:tcW w:w="1080" w:type="dxa"/>
          </w:tcPr>
          <w:p w14:paraId="40257A3A" w14:textId="77777777" w:rsidR="00A14D53" w:rsidRDefault="00000000">
            <w:r>
              <w:t>22</w:t>
            </w:r>
          </w:p>
        </w:tc>
        <w:tc>
          <w:tcPr>
            <w:tcW w:w="1080" w:type="dxa"/>
          </w:tcPr>
          <w:p w14:paraId="78CEE36D" w14:textId="77777777" w:rsidR="00A14D53" w:rsidRDefault="00000000">
            <w:r>
              <w:t>Soda cáustica – pote 1 kg</w:t>
            </w:r>
          </w:p>
        </w:tc>
        <w:tc>
          <w:tcPr>
            <w:tcW w:w="1080" w:type="dxa"/>
          </w:tcPr>
          <w:p w14:paraId="33F7BD11" w14:textId="77777777" w:rsidR="00A14D53" w:rsidRDefault="00000000">
            <w:r>
              <w:t>POTE</w:t>
            </w:r>
          </w:p>
        </w:tc>
        <w:tc>
          <w:tcPr>
            <w:tcW w:w="1080" w:type="dxa"/>
          </w:tcPr>
          <w:p w14:paraId="421D0161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6DCAB5A9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14A802EB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0C84A1DA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5741EFAD" w14:textId="77777777" w:rsidR="00A14D53" w:rsidRDefault="00000000">
            <w:r>
              <w:t>110</w:t>
            </w:r>
          </w:p>
        </w:tc>
      </w:tr>
      <w:tr w:rsidR="00A14D53" w14:paraId="23A7F3A6" w14:textId="77777777">
        <w:tc>
          <w:tcPr>
            <w:tcW w:w="1080" w:type="dxa"/>
          </w:tcPr>
          <w:p w14:paraId="3C7C73BA" w14:textId="77777777" w:rsidR="00A14D53" w:rsidRDefault="00000000">
            <w:r>
              <w:t>23</w:t>
            </w:r>
          </w:p>
        </w:tc>
        <w:tc>
          <w:tcPr>
            <w:tcW w:w="1080" w:type="dxa"/>
          </w:tcPr>
          <w:p w14:paraId="0D708C1A" w14:textId="77777777" w:rsidR="00A14D53" w:rsidRDefault="00000000">
            <w:r>
              <w:t>Sabonete líquido – galão 5 L</w:t>
            </w:r>
          </w:p>
        </w:tc>
        <w:tc>
          <w:tcPr>
            <w:tcW w:w="1080" w:type="dxa"/>
          </w:tcPr>
          <w:p w14:paraId="31BB79A5" w14:textId="77777777" w:rsidR="00A14D53" w:rsidRDefault="00000000">
            <w:r>
              <w:t>GALÃO</w:t>
            </w:r>
          </w:p>
        </w:tc>
        <w:tc>
          <w:tcPr>
            <w:tcW w:w="1080" w:type="dxa"/>
          </w:tcPr>
          <w:p w14:paraId="00366B43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42BDA548" w14:textId="77777777" w:rsidR="00A14D53" w:rsidRDefault="00000000">
            <w:r>
              <w:t>360</w:t>
            </w:r>
          </w:p>
        </w:tc>
        <w:tc>
          <w:tcPr>
            <w:tcW w:w="1080" w:type="dxa"/>
          </w:tcPr>
          <w:p w14:paraId="007AA0FD" w14:textId="77777777" w:rsidR="00A14D53" w:rsidRDefault="00000000">
            <w:r>
              <w:t>290</w:t>
            </w:r>
          </w:p>
        </w:tc>
        <w:tc>
          <w:tcPr>
            <w:tcW w:w="1080" w:type="dxa"/>
          </w:tcPr>
          <w:p w14:paraId="7B7EC600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497EE1C4" w14:textId="77777777" w:rsidR="00A14D53" w:rsidRDefault="00000000">
            <w:r>
              <w:t>950</w:t>
            </w:r>
          </w:p>
        </w:tc>
      </w:tr>
      <w:tr w:rsidR="00A14D53" w14:paraId="5E8C30FD" w14:textId="77777777">
        <w:tc>
          <w:tcPr>
            <w:tcW w:w="1080" w:type="dxa"/>
          </w:tcPr>
          <w:p w14:paraId="7D3AD9CE" w14:textId="77777777" w:rsidR="00A14D53" w:rsidRDefault="00000000">
            <w:r>
              <w:lastRenderedPageBreak/>
              <w:t>24</w:t>
            </w:r>
          </w:p>
        </w:tc>
        <w:tc>
          <w:tcPr>
            <w:tcW w:w="1080" w:type="dxa"/>
          </w:tcPr>
          <w:p w14:paraId="55C29E02" w14:textId="77777777" w:rsidR="00A14D53" w:rsidRDefault="00000000">
            <w:r>
              <w:t>Sabonete antisséptico – galão 5 L</w:t>
            </w:r>
          </w:p>
        </w:tc>
        <w:tc>
          <w:tcPr>
            <w:tcW w:w="1080" w:type="dxa"/>
          </w:tcPr>
          <w:p w14:paraId="26349B67" w14:textId="77777777" w:rsidR="00A14D53" w:rsidRDefault="00000000">
            <w:r>
              <w:t>GALÃO</w:t>
            </w:r>
          </w:p>
        </w:tc>
        <w:tc>
          <w:tcPr>
            <w:tcW w:w="1080" w:type="dxa"/>
          </w:tcPr>
          <w:p w14:paraId="4B3A8EBE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2082DE13" w14:textId="77777777" w:rsidR="00A14D53" w:rsidRDefault="00000000">
            <w:r>
              <w:t>54</w:t>
            </w:r>
          </w:p>
        </w:tc>
        <w:tc>
          <w:tcPr>
            <w:tcW w:w="1080" w:type="dxa"/>
          </w:tcPr>
          <w:p w14:paraId="578E4A94" w14:textId="77777777" w:rsidR="00A14D53" w:rsidRDefault="00000000">
            <w:r>
              <w:t>200</w:t>
            </w:r>
          </w:p>
        </w:tc>
        <w:tc>
          <w:tcPr>
            <w:tcW w:w="1080" w:type="dxa"/>
          </w:tcPr>
          <w:p w14:paraId="08CFFB24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2DE252B8" w14:textId="77777777" w:rsidR="00A14D53" w:rsidRDefault="00000000">
            <w:r>
              <w:t>322</w:t>
            </w:r>
          </w:p>
        </w:tc>
      </w:tr>
      <w:tr w:rsidR="00A14D53" w14:paraId="35D7A5E3" w14:textId="77777777">
        <w:tc>
          <w:tcPr>
            <w:tcW w:w="1080" w:type="dxa"/>
          </w:tcPr>
          <w:p w14:paraId="43403313" w14:textId="77777777" w:rsidR="00A14D53" w:rsidRDefault="00000000">
            <w:r>
              <w:t>25</w:t>
            </w:r>
          </w:p>
        </w:tc>
        <w:tc>
          <w:tcPr>
            <w:tcW w:w="1080" w:type="dxa"/>
          </w:tcPr>
          <w:p w14:paraId="10F43F97" w14:textId="77777777" w:rsidR="00A14D53" w:rsidRDefault="00000000">
            <w:r>
              <w:t>Cera líquida incolor – galão 5 L</w:t>
            </w:r>
          </w:p>
        </w:tc>
        <w:tc>
          <w:tcPr>
            <w:tcW w:w="1080" w:type="dxa"/>
          </w:tcPr>
          <w:p w14:paraId="0538359D" w14:textId="77777777" w:rsidR="00A14D53" w:rsidRDefault="00000000">
            <w:r>
              <w:t>GALÃO</w:t>
            </w:r>
          </w:p>
        </w:tc>
        <w:tc>
          <w:tcPr>
            <w:tcW w:w="1080" w:type="dxa"/>
          </w:tcPr>
          <w:p w14:paraId="586D6C86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78E93C20" w14:textId="77777777" w:rsidR="00A14D53" w:rsidRDefault="00000000">
            <w:r>
              <w:t>54</w:t>
            </w:r>
          </w:p>
        </w:tc>
        <w:tc>
          <w:tcPr>
            <w:tcW w:w="1080" w:type="dxa"/>
          </w:tcPr>
          <w:p w14:paraId="26B48399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762954AD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2AA277B8" w14:textId="77777777" w:rsidR="00A14D53" w:rsidRDefault="00000000">
            <w:r>
              <w:t>138</w:t>
            </w:r>
          </w:p>
        </w:tc>
      </w:tr>
      <w:tr w:rsidR="00A14D53" w14:paraId="0C538834" w14:textId="77777777">
        <w:tc>
          <w:tcPr>
            <w:tcW w:w="1080" w:type="dxa"/>
          </w:tcPr>
          <w:p w14:paraId="2D03B95A" w14:textId="77777777" w:rsidR="00A14D53" w:rsidRDefault="00000000">
            <w:r>
              <w:t>26</w:t>
            </w:r>
          </w:p>
        </w:tc>
        <w:tc>
          <w:tcPr>
            <w:tcW w:w="1080" w:type="dxa"/>
          </w:tcPr>
          <w:p w14:paraId="02EA7AE8" w14:textId="77777777" w:rsidR="00A14D53" w:rsidRDefault="00000000">
            <w:r>
              <w:t>Balde plástico reforçado – 12 L</w:t>
            </w:r>
          </w:p>
        </w:tc>
        <w:tc>
          <w:tcPr>
            <w:tcW w:w="1080" w:type="dxa"/>
          </w:tcPr>
          <w:p w14:paraId="7879B526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70276CB6" w14:textId="77777777" w:rsidR="00A14D53" w:rsidRDefault="00000000">
            <w:r>
              <w:t>35</w:t>
            </w:r>
          </w:p>
        </w:tc>
        <w:tc>
          <w:tcPr>
            <w:tcW w:w="1080" w:type="dxa"/>
          </w:tcPr>
          <w:p w14:paraId="33828744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318C0D00" w14:textId="77777777" w:rsidR="00A14D53" w:rsidRDefault="00000000">
            <w:r>
              <w:t>20</w:t>
            </w:r>
          </w:p>
        </w:tc>
        <w:tc>
          <w:tcPr>
            <w:tcW w:w="1080" w:type="dxa"/>
          </w:tcPr>
          <w:p w14:paraId="64DB95E9" w14:textId="77777777" w:rsidR="00A14D53" w:rsidRDefault="00000000">
            <w:r>
              <w:t>22</w:t>
            </w:r>
          </w:p>
        </w:tc>
        <w:tc>
          <w:tcPr>
            <w:tcW w:w="1080" w:type="dxa"/>
          </w:tcPr>
          <w:p w14:paraId="5712EE79" w14:textId="77777777" w:rsidR="00A14D53" w:rsidRDefault="00000000">
            <w:r>
              <w:t>117</w:t>
            </w:r>
          </w:p>
        </w:tc>
      </w:tr>
      <w:tr w:rsidR="00A14D53" w14:paraId="562B862B" w14:textId="77777777">
        <w:tc>
          <w:tcPr>
            <w:tcW w:w="1080" w:type="dxa"/>
          </w:tcPr>
          <w:p w14:paraId="7B9CEA1C" w14:textId="77777777" w:rsidR="00A14D53" w:rsidRDefault="00000000">
            <w:r>
              <w:t>27</w:t>
            </w:r>
          </w:p>
        </w:tc>
        <w:tc>
          <w:tcPr>
            <w:tcW w:w="1080" w:type="dxa"/>
          </w:tcPr>
          <w:p w14:paraId="4DCE2F5A" w14:textId="77777777" w:rsidR="00A14D53" w:rsidRDefault="00000000">
            <w:r>
              <w:t>Balde plástico reforçado – 20 L</w:t>
            </w:r>
          </w:p>
        </w:tc>
        <w:tc>
          <w:tcPr>
            <w:tcW w:w="1080" w:type="dxa"/>
          </w:tcPr>
          <w:p w14:paraId="79FB8135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4098D593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4246440A" w14:textId="77777777" w:rsidR="00A14D53" w:rsidRDefault="00000000">
            <w:r>
              <w:t>35</w:t>
            </w:r>
          </w:p>
        </w:tc>
        <w:tc>
          <w:tcPr>
            <w:tcW w:w="1080" w:type="dxa"/>
          </w:tcPr>
          <w:p w14:paraId="1CAD1318" w14:textId="77777777" w:rsidR="00A14D53" w:rsidRDefault="00000000">
            <w:r>
              <w:t>18</w:t>
            </w:r>
          </w:p>
        </w:tc>
        <w:tc>
          <w:tcPr>
            <w:tcW w:w="1080" w:type="dxa"/>
          </w:tcPr>
          <w:p w14:paraId="36C242EE" w14:textId="77777777" w:rsidR="00A14D53" w:rsidRDefault="00000000">
            <w:r>
              <w:t>18</w:t>
            </w:r>
          </w:p>
        </w:tc>
        <w:tc>
          <w:tcPr>
            <w:tcW w:w="1080" w:type="dxa"/>
          </w:tcPr>
          <w:p w14:paraId="558E7BAD" w14:textId="77777777" w:rsidR="00A14D53" w:rsidRDefault="00000000">
            <w:r>
              <w:t>99</w:t>
            </w:r>
          </w:p>
        </w:tc>
      </w:tr>
      <w:tr w:rsidR="00A14D53" w14:paraId="50F16E18" w14:textId="77777777">
        <w:tc>
          <w:tcPr>
            <w:tcW w:w="1080" w:type="dxa"/>
          </w:tcPr>
          <w:p w14:paraId="5EC71628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16A9E403" w14:textId="77777777" w:rsidR="00A14D53" w:rsidRDefault="00000000">
            <w:r>
              <w:t>Borrifador plástico – 500 ml</w:t>
            </w:r>
          </w:p>
        </w:tc>
        <w:tc>
          <w:tcPr>
            <w:tcW w:w="1080" w:type="dxa"/>
          </w:tcPr>
          <w:p w14:paraId="0E9CF4A6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36624891" w14:textId="77777777" w:rsidR="00A14D53" w:rsidRDefault="00000000">
            <w:r>
              <w:t>45</w:t>
            </w:r>
          </w:p>
        </w:tc>
        <w:tc>
          <w:tcPr>
            <w:tcW w:w="1080" w:type="dxa"/>
          </w:tcPr>
          <w:p w14:paraId="7386A85B" w14:textId="77777777" w:rsidR="00A14D53" w:rsidRDefault="00000000">
            <w:r>
              <w:t>70</w:t>
            </w:r>
          </w:p>
        </w:tc>
        <w:tc>
          <w:tcPr>
            <w:tcW w:w="1080" w:type="dxa"/>
          </w:tcPr>
          <w:p w14:paraId="0FF5A86B" w14:textId="77777777" w:rsidR="00A14D53" w:rsidRDefault="00000000">
            <w:r>
              <w:t>35</w:t>
            </w:r>
          </w:p>
        </w:tc>
        <w:tc>
          <w:tcPr>
            <w:tcW w:w="1080" w:type="dxa"/>
          </w:tcPr>
          <w:p w14:paraId="5E4AC000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74B4A380" w14:textId="77777777" w:rsidR="00A14D53" w:rsidRDefault="00000000">
            <w:r>
              <w:t>190</w:t>
            </w:r>
          </w:p>
        </w:tc>
      </w:tr>
      <w:tr w:rsidR="00A14D53" w14:paraId="0AA2389D" w14:textId="77777777">
        <w:tc>
          <w:tcPr>
            <w:tcW w:w="1080" w:type="dxa"/>
          </w:tcPr>
          <w:p w14:paraId="59196DA7" w14:textId="77777777" w:rsidR="00A14D53" w:rsidRDefault="00000000">
            <w:r>
              <w:t>30</w:t>
            </w:r>
          </w:p>
        </w:tc>
        <w:tc>
          <w:tcPr>
            <w:tcW w:w="1080" w:type="dxa"/>
          </w:tcPr>
          <w:p w14:paraId="3F907ED4" w14:textId="77777777" w:rsidR="00A14D53" w:rsidRDefault="00000000">
            <w:r>
              <w:t>Carro funcional de limpeza completo</w:t>
            </w:r>
          </w:p>
        </w:tc>
        <w:tc>
          <w:tcPr>
            <w:tcW w:w="1080" w:type="dxa"/>
          </w:tcPr>
          <w:p w14:paraId="255E58B8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2F7E4C2F" w14:textId="77777777" w:rsidR="00A14D53" w:rsidRDefault="00000000">
            <w:r>
              <w:t>10</w:t>
            </w:r>
          </w:p>
        </w:tc>
        <w:tc>
          <w:tcPr>
            <w:tcW w:w="1080" w:type="dxa"/>
          </w:tcPr>
          <w:p w14:paraId="1B3D698A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1E068B08" w14:textId="77777777" w:rsidR="00A14D53" w:rsidRDefault="00000000">
            <w:r>
              <w:t>8</w:t>
            </w:r>
          </w:p>
        </w:tc>
        <w:tc>
          <w:tcPr>
            <w:tcW w:w="1080" w:type="dxa"/>
          </w:tcPr>
          <w:p w14:paraId="7C1078B6" w14:textId="77777777" w:rsidR="00A14D53" w:rsidRDefault="00000000">
            <w:r>
              <w:t>8</w:t>
            </w:r>
          </w:p>
        </w:tc>
        <w:tc>
          <w:tcPr>
            <w:tcW w:w="1080" w:type="dxa"/>
          </w:tcPr>
          <w:p w14:paraId="1EF3D0E9" w14:textId="77777777" w:rsidR="00A14D53" w:rsidRDefault="00000000">
            <w:r>
              <w:t>40</w:t>
            </w:r>
          </w:p>
        </w:tc>
      </w:tr>
      <w:tr w:rsidR="00A14D53" w14:paraId="407A145F" w14:textId="77777777">
        <w:tc>
          <w:tcPr>
            <w:tcW w:w="1080" w:type="dxa"/>
          </w:tcPr>
          <w:p w14:paraId="0C629AD5" w14:textId="77777777" w:rsidR="00A14D53" w:rsidRDefault="00000000">
            <w:r>
              <w:t>31</w:t>
            </w:r>
          </w:p>
        </w:tc>
        <w:tc>
          <w:tcPr>
            <w:tcW w:w="1080" w:type="dxa"/>
          </w:tcPr>
          <w:p w14:paraId="3DDA8EE8" w14:textId="77777777" w:rsidR="00A14D53" w:rsidRDefault="00000000">
            <w:r>
              <w:t>Placa sinalizadora Piso Molhado</w:t>
            </w:r>
          </w:p>
        </w:tc>
        <w:tc>
          <w:tcPr>
            <w:tcW w:w="1080" w:type="dxa"/>
          </w:tcPr>
          <w:p w14:paraId="04A93699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6AA036AA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1F5E029C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7496CEE5" w14:textId="77777777" w:rsidR="00A14D53" w:rsidRDefault="00000000">
            <w:r>
              <w:t>12</w:t>
            </w:r>
          </w:p>
        </w:tc>
        <w:tc>
          <w:tcPr>
            <w:tcW w:w="1080" w:type="dxa"/>
          </w:tcPr>
          <w:p w14:paraId="588C182F" w14:textId="77777777" w:rsidR="00A14D53" w:rsidRDefault="00000000">
            <w:r>
              <w:t>10</w:t>
            </w:r>
          </w:p>
        </w:tc>
        <w:tc>
          <w:tcPr>
            <w:tcW w:w="1080" w:type="dxa"/>
          </w:tcPr>
          <w:p w14:paraId="1188999F" w14:textId="77777777" w:rsidR="00A14D53" w:rsidRDefault="00000000">
            <w:r>
              <w:t>64</w:t>
            </w:r>
          </w:p>
        </w:tc>
      </w:tr>
      <w:tr w:rsidR="00A14D53" w14:paraId="6EBD587C" w14:textId="77777777">
        <w:tc>
          <w:tcPr>
            <w:tcW w:w="1080" w:type="dxa"/>
          </w:tcPr>
          <w:p w14:paraId="266C4F6A" w14:textId="77777777" w:rsidR="00A14D53" w:rsidRDefault="00000000">
            <w:r>
              <w:t>32</w:t>
            </w:r>
          </w:p>
        </w:tc>
        <w:tc>
          <w:tcPr>
            <w:tcW w:w="1080" w:type="dxa"/>
          </w:tcPr>
          <w:p w14:paraId="242F5340" w14:textId="77777777" w:rsidR="00A14D53" w:rsidRDefault="00000000">
            <w:r>
              <w:t>Desentupidor de pia</w:t>
            </w:r>
          </w:p>
        </w:tc>
        <w:tc>
          <w:tcPr>
            <w:tcW w:w="1080" w:type="dxa"/>
          </w:tcPr>
          <w:p w14:paraId="46998B80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0B8991C2" w14:textId="77777777" w:rsidR="00A14D53" w:rsidRDefault="00000000">
            <w:r>
              <w:t>18</w:t>
            </w:r>
          </w:p>
        </w:tc>
        <w:tc>
          <w:tcPr>
            <w:tcW w:w="1080" w:type="dxa"/>
          </w:tcPr>
          <w:p w14:paraId="37A9744D" w14:textId="77777777" w:rsidR="00A14D53" w:rsidRDefault="00000000">
            <w:r>
              <w:t>20</w:t>
            </w:r>
          </w:p>
        </w:tc>
        <w:tc>
          <w:tcPr>
            <w:tcW w:w="1080" w:type="dxa"/>
          </w:tcPr>
          <w:p w14:paraId="7ADF89FB" w14:textId="77777777" w:rsidR="00A14D53" w:rsidRDefault="00000000">
            <w:r>
              <w:t>10</w:t>
            </w:r>
          </w:p>
        </w:tc>
        <w:tc>
          <w:tcPr>
            <w:tcW w:w="1080" w:type="dxa"/>
          </w:tcPr>
          <w:p w14:paraId="6CBD647B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38C4BE17" w14:textId="77777777" w:rsidR="00A14D53" w:rsidRDefault="00000000">
            <w:r>
              <w:t>62</w:t>
            </w:r>
          </w:p>
        </w:tc>
      </w:tr>
      <w:tr w:rsidR="00A14D53" w14:paraId="4E565906" w14:textId="77777777">
        <w:tc>
          <w:tcPr>
            <w:tcW w:w="1080" w:type="dxa"/>
          </w:tcPr>
          <w:p w14:paraId="70F88EF8" w14:textId="77777777" w:rsidR="00A14D53" w:rsidRDefault="00000000">
            <w:r>
              <w:t>33</w:t>
            </w:r>
          </w:p>
        </w:tc>
        <w:tc>
          <w:tcPr>
            <w:tcW w:w="1080" w:type="dxa"/>
          </w:tcPr>
          <w:p w14:paraId="0A91BF1A" w14:textId="77777777" w:rsidR="00A14D53" w:rsidRDefault="00000000">
            <w:r>
              <w:t>Desentupidor de vaso sanitário</w:t>
            </w:r>
          </w:p>
        </w:tc>
        <w:tc>
          <w:tcPr>
            <w:tcW w:w="1080" w:type="dxa"/>
          </w:tcPr>
          <w:p w14:paraId="145CF76E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4D8CE62A" w14:textId="77777777" w:rsidR="00A14D53" w:rsidRDefault="00000000">
            <w:r>
              <w:t>18</w:t>
            </w:r>
          </w:p>
        </w:tc>
        <w:tc>
          <w:tcPr>
            <w:tcW w:w="1080" w:type="dxa"/>
          </w:tcPr>
          <w:p w14:paraId="3166C3BB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4E6FBB0B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2F67743B" w14:textId="77777777" w:rsidR="00A14D53" w:rsidRDefault="00000000">
            <w:r>
              <w:t>18</w:t>
            </w:r>
          </w:p>
        </w:tc>
        <w:tc>
          <w:tcPr>
            <w:tcW w:w="1080" w:type="dxa"/>
          </w:tcPr>
          <w:p w14:paraId="2EE2D01B" w14:textId="77777777" w:rsidR="00A14D53" w:rsidRDefault="00000000">
            <w:r>
              <w:t>78</w:t>
            </w:r>
          </w:p>
        </w:tc>
      </w:tr>
      <w:tr w:rsidR="00A14D53" w14:paraId="711DA303" w14:textId="77777777">
        <w:tc>
          <w:tcPr>
            <w:tcW w:w="1080" w:type="dxa"/>
          </w:tcPr>
          <w:p w14:paraId="61A22461" w14:textId="77777777" w:rsidR="00A14D53" w:rsidRDefault="00000000">
            <w:r>
              <w:t>34</w:t>
            </w:r>
          </w:p>
        </w:tc>
        <w:tc>
          <w:tcPr>
            <w:tcW w:w="1080" w:type="dxa"/>
          </w:tcPr>
          <w:p w14:paraId="245A77FA" w14:textId="77777777" w:rsidR="00A14D53" w:rsidRDefault="00000000">
            <w:r>
              <w:t>Escova para limpeza geral</w:t>
            </w:r>
          </w:p>
        </w:tc>
        <w:tc>
          <w:tcPr>
            <w:tcW w:w="1080" w:type="dxa"/>
          </w:tcPr>
          <w:p w14:paraId="3DB98A63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11FEC645" w14:textId="77777777" w:rsidR="00A14D53" w:rsidRDefault="00000000">
            <w:r>
              <w:t>54</w:t>
            </w:r>
          </w:p>
        </w:tc>
        <w:tc>
          <w:tcPr>
            <w:tcW w:w="1080" w:type="dxa"/>
          </w:tcPr>
          <w:p w14:paraId="7608F16C" w14:textId="77777777" w:rsidR="00A14D53" w:rsidRDefault="00000000">
            <w:r>
              <w:t>80</w:t>
            </w:r>
          </w:p>
        </w:tc>
        <w:tc>
          <w:tcPr>
            <w:tcW w:w="1080" w:type="dxa"/>
          </w:tcPr>
          <w:p w14:paraId="5022AA74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5CF20579" w14:textId="77777777" w:rsidR="00A14D53" w:rsidRDefault="00000000">
            <w:r>
              <w:t>48</w:t>
            </w:r>
          </w:p>
        </w:tc>
        <w:tc>
          <w:tcPr>
            <w:tcW w:w="1080" w:type="dxa"/>
          </w:tcPr>
          <w:p w14:paraId="4BC8CAEC" w14:textId="77777777" w:rsidR="00A14D53" w:rsidRDefault="00000000">
            <w:r>
              <w:t>222</w:t>
            </w:r>
          </w:p>
        </w:tc>
      </w:tr>
      <w:tr w:rsidR="00A14D53" w14:paraId="25813D5B" w14:textId="77777777">
        <w:tc>
          <w:tcPr>
            <w:tcW w:w="1080" w:type="dxa"/>
          </w:tcPr>
          <w:p w14:paraId="19039DC8" w14:textId="77777777" w:rsidR="00A14D53" w:rsidRDefault="00000000">
            <w:r>
              <w:t>35</w:t>
            </w:r>
          </w:p>
        </w:tc>
        <w:tc>
          <w:tcPr>
            <w:tcW w:w="1080" w:type="dxa"/>
          </w:tcPr>
          <w:p w14:paraId="3AC8C684" w14:textId="77777777" w:rsidR="00A14D53" w:rsidRDefault="00000000">
            <w:r>
              <w:t>Escova sanitária com suporte</w:t>
            </w:r>
          </w:p>
        </w:tc>
        <w:tc>
          <w:tcPr>
            <w:tcW w:w="1080" w:type="dxa"/>
          </w:tcPr>
          <w:p w14:paraId="43748D05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6952D533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29CA044F" w14:textId="77777777" w:rsidR="00A14D53" w:rsidRDefault="00000000">
            <w:r>
              <w:t>80</w:t>
            </w:r>
          </w:p>
        </w:tc>
        <w:tc>
          <w:tcPr>
            <w:tcW w:w="1080" w:type="dxa"/>
          </w:tcPr>
          <w:p w14:paraId="46140B10" w14:textId="77777777" w:rsidR="00A14D53" w:rsidRDefault="00000000">
            <w:r>
              <w:t>35</w:t>
            </w:r>
          </w:p>
        </w:tc>
        <w:tc>
          <w:tcPr>
            <w:tcW w:w="1080" w:type="dxa"/>
          </w:tcPr>
          <w:p w14:paraId="09F93FC7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3A107C67" w14:textId="77777777" w:rsidR="00A14D53" w:rsidRDefault="00000000">
            <w:r>
              <w:t>195</w:t>
            </w:r>
          </w:p>
        </w:tc>
      </w:tr>
      <w:tr w:rsidR="00A14D53" w14:paraId="6AA86A30" w14:textId="77777777">
        <w:tc>
          <w:tcPr>
            <w:tcW w:w="1080" w:type="dxa"/>
          </w:tcPr>
          <w:p w14:paraId="6A1B9FE7" w14:textId="77777777" w:rsidR="00A14D53" w:rsidRDefault="00000000">
            <w:r>
              <w:t>36</w:t>
            </w:r>
          </w:p>
        </w:tc>
        <w:tc>
          <w:tcPr>
            <w:tcW w:w="1080" w:type="dxa"/>
          </w:tcPr>
          <w:p w14:paraId="40D24493" w14:textId="77777777" w:rsidR="00A14D53" w:rsidRDefault="00000000">
            <w:r>
              <w:t>Escova para limpeza pesada</w:t>
            </w:r>
          </w:p>
        </w:tc>
        <w:tc>
          <w:tcPr>
            <w:tcW w:w="1080" w:type="dxa"/>
          </w:tcPr>
          <w:p w14:paraId="5D9D8535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7F0C18DE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0E22FBF4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6F288A7E" w14:textId="77777777" w:rsidR="00A14D53" w:rsidRDefault="00000000">
            <w:r>
              <w:t>20</w:t>
            </w:r>
          </w:p>
        </w:tc>
        <w:tc>
          <w:tcPr>
            <w:tcW w:w="1080" w:type="dxa"/>
          </w:tcPr>
          <w:p w14:paraId="0155EF3A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58C72377" w14:textId="77777777" w:rsidR="00A14D53" w:rsidRDefault="00000000">
            <w:r>
              <w:t>116</w:t>
            </w:r>
          </w:p>
        </w:tc>
      </w:tr>
      <w:tr w:rsidR="00A14D53" w14:paraId="74F720AD" w14:textId="77777777">
        <w:tc>
          <w:tcPr>
            <w:tcW w:w="1080" w:type="dxa"/>
          </w:tcPr>
          <w:p w14:paraId="59FEB690" w14:textId="77777777" w:rsidR="00A14D53" w:rsidRDefault="00000000">
            <w:r>
              <w:t>37</w:t>
            </w:r>
          </w:p>
        </w:tc>
        <w:tc>
          <w:tcPr>
            <w:tcW w:w="1080" w:type="dxa"/>
          </w:tcPr>
          <w:p w14:paraId="1BAE8735" w14:textId="77777777" w:rsidR="00A14D53" w:rsidRDefault="00000000">
            <w:r>
              <w:t>Escova para garrafas</w:t>
            </w:r>
          </w:p>
        </w:tc>
        <w:tc>
          <w:tcPr>
            <w:tcW w:w="1080" w:type="dxa"/>
          </w:tcPr>
          <w:p w14:paraId="1185CE61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554B15B6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3C8CC2FB" w14:textId="77777777" w:rsidR="00A14D53" w:rsidRDefault="00000000">
            <w:r>
              <w:t>35</w:t>
            </w:r>
          </w:p>
        </w:tc>
        <w:tc>
          <w:tcPr>
            <w:tcW w:w="1080" w:type="dxa"/>
          </w:tcPr>
          <w:p w14:paraId="7F20E52E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2C051949" w14:textId="77777777" w:rsidR="00A14D53" w:rsidRDefault="00000000">
            <w:r>
              <w:t>20</w:t>
            </w:r>
          </w:p>
        </w:tc>
        <w:tc>
          <w:tcPr>
            <w:tcW w:w="1080" w:type="dxa"/>
          </w:tcPr>
          <w:p w14:paraId="5AA7DDDC" w14:textId="77777777" w:rsidR="00A14D53" w:rsidRDefault="00000000">
            <w:r>
              <w:t>83</w:t>
            </w:r>
          </w:p>
        </w:tc>
      </w:tr>
      <w:tr w:rsidR="00A14D53" w14:paraId="022EF460" w14:textId="77777777">
        <w:tc>
          <w:tcPr>
            <w:tcW w:w="1080" w:type="dxa"/>
          </w:tcPr>
          <w:p w14:paraId="47AD924B" w14:textId="77777777" w:rsidR="00A14D53" w:rsidRDefault="00000000">
            <w:r>
              <w:t>38</w:t>
            </w:r>
          </w:p>
        </w:tc>
        <w:tc>
          <w:tcPr>
            <w:tcW w:w="1080" w:type="dxa"/>
          </w:tcPr>
          <w:p w14:paraId="68D2346A" w14:textId="77777777" w:rsidR="00A14D53" w:rsidRDefault="00000000">
            <w:r>
              <w:t>Esponja dupla face</w:t>
            </w:r>
          </w:p>
        </w:tc>
        <w:tc>
          <w:tcPr>
            <w:tcW w:w="1080" w:type="dxa"/>
          </w:tcPr>
          <w:p w14:paraId="6331B94C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059E7CF1" w14:textId="77777777" w:rsidR="00A14D53" w:rsidRDefault="00000000">
            <w:r>
              <w:t>900</w:t>
            </w:r>
          </w:p>
        </w:tc>
        <w:tc>
          <w:tcPr>
            <w:tcW w:w="1080" w:type="dxa"/>
          </w:tcPr>
          <w:p w14:paraId="2C2BE558" w14:textId="77777777" w:rsidR="00A14D53" w:rsidRDefault="00000000">
            <w:r>
              <w:t>2250</w:t>
            </w:r>
          </w:p>
        </w:tc>
        <w:tc>
          <w:tcPr>
            <w:tcW w:w="1080" w:type="dxa"/>
          </w:tcPr>
          <w:p w14:paraId="2B0A38DC" w14:textId="77777777" w:rsidR="00A14D53" w:rsidRDefault="00000000">
            <w:r>
              <w:t>750</w:t>
            </w:r>
          </w:p>
        </w:tc>
        <w:tc>
          <w:tcPr>
            <w:tcW w:w="1080" w:type="dxa"/>
          </w:tcPr>
          <w:p w14:paraId="42342C3C" w14:textId="77777777" w:rsidR="00A14D53" w:rsidRDefault="00000000">
            <w:r>
              <w:t>1130</w:t>
            </w:r>
          </w:p>
        </w:tc>
        <w:tc>
          <w:tcPr>
            <w:tcW w:w="1080" w:type="dxa"/>
          </w:tcPr>
          <w:p w14:paraId="6691CB3E" w14:textId="77777777" w:rsidR="00A14D53" w:rsidRDefault="00000000">
            <w:r>
              <w:t>5030</w:t>
            </w:r>
          </w:p>
        </w:tc>
      </w:tr>
      <w:tr w:rsidR="00A14D53" w14:paraId="7B8A506B" w14:textId="77777777">
        <w:tc>
          <w:tcPr>
            <w:tcW w:w="1080" w:type="dxa"/>
          </w:tcPr>
          <w:p w14:paraId="5E61BB19" w14:textId="77777777" w:rsidR="00A14D53" w:rsidRDefault="00000000">
            <w:r>
              <w:t>39</w:t>
            </w:r>
          </w:p>
        </w:tc>
        <w:tc>
          <w:tcPr>
            <w:tcW w:w="1080" w:type="dxa"/>
          </w:tcPr>
          <w:p w14:paraId="66539F13" w14:textId="77777777" w:rsidR="00A14D53" w:rsidRDefault="00000000">
            <w:r>
              <w:t>Esponja de aço – pacote c/ 8 unidades</w:t>
            </w:r>
          </w:p>
        </w:tc>
        <w:tc>
          <w:tcPr>
            <w:tcW w:w="1080" w:type="dxa"/>
          </w:tcPr>
          <w:p w14:paraId="310A8973" w14:textId="77777777" w:rsidR="00A14D53" w:rsidRDefault="00000000">
            <w:r>
              <w:t>PACOTE</w:t>
            </w:r>
          </w:p>
        </w:tc>
        <w:tc>
          <w:tcPr>
            <w:tcW w:w="1080" w:type="dxa"/>
          </w:tcPr>
          <w:p w14:paraId="7C47C9AE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69110E4C" w14:textId="77777777" w:rsidR="00A14D53" w:rsidRDefault="00000000">
            <w:r>
              <w:t>450</w:t>
            </w:r>
          </w:p>
        </w:tc>
        <w:tc>
          <w:tcPr>
            <w:tcW w:w="1080" w:type="dxa"/>
          </w:tcPr>
          <w:p w14:paraId="4E5E5DA3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153B22DD" w14:textId="77777777" w:rsidR="00A14D53" w:rsidRDefault="00000000">
            <w:r>
              <w:t>300</w:t>
            </w:r>
          </w:p>
        </w:tc>
        <w:tc>
          <w:tcPr>
            <w:tcW w:w="1080" w:type="dxa"/>
          </w:tcPr>
          <w:p w14:paraId="18B53A4D" w14:textId="77777777" w:rsidR="00A14D53" w:rsidRDefault="00000000">
            <w:r>
              <w:t>1050</w:t>
            </w:r>
          </w:p>
        </w:tc>
      </w:tr>
      <w:tr w:rsidR="00A14D53" w14:paraId="583D76EE" w14:textId="77777777">
        <w:tc>
          <w:tcPr>
            <w:tcW w:w="1080" w:type="dxa"/>
          </w:tcPr>
          <w:p w14:paraId="043C1EC6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117535D3" w14:textId="77777777" w:rsidR="00A14D53" w:rsidRDefault="00000000">
            <w:r>
              <w:t>Fibra abrasiva para limpeza pesada</w:t>
            </w:r>
          </w:p>
        </w:tc>
        <w:tc>
          <w:tcPr>
            <w:tcW w:w="1080" w:type="dxa"/>
          </w:tcPr>
          <w:p w14:paraId="589E935A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5687CA45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3267AC75" w14:textId="77777777" w:rsidR="00A14D53" w:rsidRDefault="00000000">
            <w:r>
              <w:t>300</w:t>
            </w:r>
          </w:p>
        </w:tc>
        <w:tc>
          <w:tcPr>
            <w:tcW w:w="1080" w:type="dxa"/>
          </w:tcPr>
          <w:p w14:paraId="4E4FD3DA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677F39BE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16D72F47" w14:textId="77777777" w:rsidR="00A14D53" w:rsidRDefault="00000000">
            <w:r>
              <w:t>750</w:t>
            </w:r>
          </w:p>
        </w:tc>
      </w:tr>
      <w:tr w:rsidR="00A14D53" w14:paraId="09052CB7" w14:textId="77777777">
        <w:tc>
          <w:tcPr>
            <w:tcW w:w="1080" w:type="dxa"/>
          </w:tcPr>
          <w:p w14:paraId="490874E2" w14:textId="77777777" w:rsidR="00A14D53" w:rsidRDefault="00000000">
            <w:r>
              <w:t>41</w:t>
            </w:r>
          </w:p>
        </w:tc>
        <w:tc>
          <w:tcPr>
            <w:tcW w:w="1080" w:type="dxa"/>
          </w:tcPr>
          <w:p w14:paraId="6478D592" w14:textId="77777777" w:rsidR="00A14D53" w:rsidRDefault="00000000">
            <w:r>
              <w:t>Flanela para limpeza</w:t>
            </w:r>
          </w:p>
        </w:tc>
        <w:tc>
          <w:tcPr>
            <w:tcW w:w="1080" w:type="dxa"/>
          </w:tcPr>
          <w:p w14:paraId="0AA62938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23880164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33AA2E13" w14:textId="77777777" w:rsidR="00A14D53" w:rsidRDefault="00000000">
            <w:r>
              <w:t>375</w:t>
            </w:r>
          </w:p>
        </w:tc>
        <w:tc>
          <w:tcPr>
            <w:tcW w:w="1080" w:type="dxa"/>
          </w:tcPr>
          <w:p w14:paraId="22B65317" w14:textId="77777777" w:rsidR="00A14D53" w:rsidRDefault="00000000">
            <w:r>
              <w:t>190</w:t>
            </w:r>
          </w:p>
        </w:tc>
        <w:tc>
          <w:tcPr>
            <w:tcW w:w="1080" w:type="dxa"/>
          </w:tcPr>
          <w:p w14:paraId="479E5812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20A585A7" w14:textId="77777777" w:rsidR="00A14D53" w:rsidRDefault="00000000">
            <w:r>
              <w:t>1015</w:t>
            </w:r>
          </w:p>
        </w:tc>
      </w:tr>
      <w:tr w:rsidR="00A14D53" w14:paraId="682F92BA" w14:textId="77777777">
        <w:tc>
          <w:tcPr>
            <w:tcW w:w="1080" w:type="dxa"/>
          </w:tcPr>
          <w:p w14:paraId="2691222D" w14:textId="77777777" w:rsidR="00A14D53" w:rsidRDefault="00000000">
            <w:r>
              <w:t>42</w:t>
            </w:r>
          </w:p>
        </w:tc>
        <w:tc>
          <w:tcPr>
            <w:tcW w:w="1080" w:type="dxa"/>
          </w:tcPr>
          <w:p w14:paraId="28D8ECF2" w14:textId="77777777" w:rsidR="00A14D53" w:rsidRDefault="00000000">
            <w:r>
              <w:t>Pano de chão alvejado</w:t>
            </w:r>
          </w:p>
        </w:tc>
        <w:tc>
          <w:tcPr>
            <w:tcW w:w="1080" w:type="dxa"/>
          </w:tcPr>
          <w:p w14:paraId="2506B62A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0D873038" w14:textId="77777777" w:rsidR="00A14D53" w:rsidRDefault="00000000">
            <w:r>
              <w:t>600</w:t>
            </w:r>
          </w:p>
        </w:tc>
        <w:tc>
          <w:tcPr>
            <w:tcW w:w="1080" w:type="dxa"/>
          </w:tcPr>
          <w:p w14:paraId="16518859" w14:textId="77777777" w:rsidR="00A14D53" w:rsidRDefault="00000000">
            <w:r>
              <w:t>1500</w:t>
            </w:r>
          </w:p>
        </w:tc>
        <w:tc>
          <w:tcPr>
            <w:tcW w:w="1080" w:type="dxa"/>
          </w:tcPr>
          <w:p w14:paraId="50E8740E" w14:textId="77777777" w:rsidR="00A14D53" w:rsidRDefault="00000000">
            <w:r>
              <w:t>600</w:t>
            </w:r>
          </w:p>
        </w:tc>
        <w:tc>
          <w:tcPr>
            <w:tcW w:w="1080" w:type="dxa"/>
          </w:tcPr>
          <w:p w14:paraId="00B91FFF" w14:textId="77777777" w:rsidR="00A14D53" w:rsidRDefault="00000000">
            <w:r>
              <w:t>900</w:t>
            </w:r>
          </w:p>
        </w:tc>
        <w:tc>
          <w:tcPr>
            <w:tcW w:w="1080" w:type="dxa"/>
          </w:tcPr>
          <w:p w14:paraId="590D241F" w14:textId="77777777" w:rsidR="00A14D53" w:rsidRDefault="00000000">
            <w:r>
              <w:t>3600</w:t>
            </w:r>
          </w:p>
        </w:tc>
      </w:tr>
      <w:tr w:rsidR="00A14D53" w14:paraId="18890811" w14:textId="77777777">
        <w:tc>
          <w:tcPr>
            <w:tcW w:w="1080" w:type="dxa"/>
          </w:tcPr>
          <w:p w14:paraId="041CCA3B" w14:textId="77777777" w:rsidR="00A14D53" w:rsidRDefault="00000000">
            <w:r>
              <w:t>43</w:t>
            </w:r>
          </w:p>
        </w:tc>
        <w:tc>
          <w:tcPr>
            <w:tcW w:w="1080" w:type="dxa"/>
          </w:tcPr>
          <w:p w14:paraId="5F86F90C" w14:textId="77777777" w:rsidR="00A14D53" w:rsidRDefault="00000000">
            <w:r>
              <w:t>Pano multiuso/microfibra para limpeza</w:t>
            </w:r>
          </w:p>
        </w:tc>
        <w:tc>
          <w:tcPr>
            <w:tcW w:w="1080" w:type="dxa"/>
          </w:tcPr>
          <w:p w14:paraId="580D235D" w14:textId="77777777" w:rsidR="00A14D53" w:rsidRDefault="00000000">
            <w:r>
              <w:t>PACOTE</w:t>
            </w:r>
          </w:p>
        </w:tc>
        <w:tc>
          <w:tcPr>
            <w:tcW w:w="1080" w:type="dxa"/>
          </w:tcPr>
          <w:p w14:paraId="0B12971B" w14:textId="77777777" w:rsidR="00A14D53" w:rsidRDefault="00000000">
            <w:r>
              <w:t>300</w:t>
            </w:r>
          </w:p>
        </w:tc>
        <w:tc>
          <w:tcPr>
            <w:tcW w:w="1080" w:type="dxa"/>
          </w:tcPr>
          <w:p w14:paraId="633BA4FF" w14:textId="77777777" w:rsidR="00A14D53" w:rsidRDefault="00000000">
            <w:r>
              <w:t>750</w:t>
            </w:r>
          </w:p>
        </w:tc>
        <w:tc>
          <w:tcPr>
            <w:tcW w:w="1080" w:type="dxa"/>
          </w:tcPr>
          <w:p w14:paraId="0235C1B4" w14:textId="77777777" w:rsidR="00A14D53" w:rsidRDefault="00000000">
            <w:r>
              <w:t>375</w:t>
            </w:r>
          </w:p>
        </w:tc>
        <w:tc>
          <w:tcPr>
            <w:tcW w:w="1080" w:type="dxa"/>
          </w:tcPr>
          <w:p w14:paraId="6354BB8E" w14:textId="77777777" w:rsidR="00A14D53" w:rsidRDefault="00000000">
            <w:r>
              <w:t>450</w:t>
            </w:r>
          </w:p>
        </w:tc>
        <w:tc>
          <w:tcPr>
            <w:tcW w:w="1080" w:type="dxa"/>
          </w:tcPr>
          <w:p w14:paraId="44AC1406" w14:textId="77777777" w:rsidR="00A14D53" w:rsidRDefault="00000000">
            <w:r>
              <w:t>1875</w:t>
            </w:r>
          </w:p>
        </w:tc>
      </w:tr>
      <w:tr w:rsidR="00A14D53" w14:paraId="4F05AE8D" w14:textId="77777777">
        <w:tc>
          <w:tcPr>
            <w:tcW w:w="1080" w:type="dxa"/>
          </w:tcPr>
          <w:p w14:paraId="5C073E81" w14:textId="77777777" w:rsidR="00A14D53" w:rsidRDefault="00000000">
            <w:r>
              <w:lastRenderedPageBreak/>
              <w:t>44</w:t>
            </w:r>
          </w:p>
        </w:tc>
        <w:tc>
          <w:tcPr>
            <w:tcW w:w="1080" w:type="dxa"/>
          </w:tcPr>
          <w:p w14:paraId="1CF5BBE6" w14:textId="77777777" w:rsidR="00A14D53" w:rsidRDefault="00000000">
            <w:r>
              <w:t>Mop giratório completo – balde mínimo 12 L</w:t>
            </w:r>
          </w:p>
        </w:tc>
        <w:tc>
          <w:tcPr>
            <w:tcW w:w="1080" w:type="dxa"/>
          </w:tcPr>
          <w:p w14:paraId="1A3622A6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29DC07B5" w14:textId="77777777" w:rsidR="00A14D53" w:rsidRDefault="00000000">
            <w:r>
              <w:t>18</w:t>
            </w:r>
          </w:p>
        </w:tc>
        <w:tc>
          <w:tcPr>
            <w:tcW w:w="1080" w:type="dxa"/>
          </w:tcPr>
          <w:p w14:paraId="79207694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6D720512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4A3986BD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1BF2DC9A" w14:textId="77777777" w:rsidR="00A14D53" w:rsidRDefault="00000000">
            <w:r>
              <w:t>74</w:t>
            </w:r>
          </w:p>
        </w:tc>
      </w:tr>
      <w:tr w:rsidR="00A14D53" w14:paraId="6B85D43F" w14:textId="77777777">
        <w:tc>
          <w:tcPr>
            <w:tcW w:w="1080" w:type="dxa"/>
          </w:tcPr>
          <w:p w14:paraId="28063050" w14:textId="77777777" w:rsidR="00A14D53" w:rsidRDefault="00000000">
            <w:r>
              <w:t>45</w:t>
            </w:r>
          </w:p>
        </w:tc>
        <w:tc>
          <w:tcPr>
            <w:tcW w:w="1080" w:type="dxa"/>
          </w:tcPr>
          <w:p w14:paraId="107845C8" w14:textId="77777777" w:rsidR="00A14D53" w:rsidRDefault="00000000">
            <w:r>
              <w:t>Refil para mop giratório</w:t>
            </w:r>
          </w:p>
        </w:tc>
        <w:tc>
          <w:tcPr>
            <w:tcW w:w="1080" w:type="dxa"/>
          </w:tcPr>
          <w:p w14:paraId="7119BF87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03D58EE4" w14:textId="77777777" w:rsidR="00A14D53" w:rsidRDefault="00000000">
            <w:r>
              <w:t>54</w:t>
            </w:r>
          </w:p>
        </w:tc>
        <w:tc>
          <w:tcPr>
            <w:tcW w:w="1080" w:type="dxa"/>
          </w:tcPr>
          <w:p w14:paraId="32D76339" w14:textId="77777777" w:rsidR="00A14D53" w:rsidRDefault="00000000">
            <w:r>
              <w:t>80</w:t>
            </w:r>
          </w:p>
        </w:tc>
        <w:tc>
          <w:tcPr>
            <w:tcW w:w="1080" w:type="dxa"/>
          </w:tcPr>
          <w:p w14:paraId="0C06437F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6758250B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3B9202E5" w14:textId="77777777" w:rsidR="00A14D53" w:rsidRDefault="00000000">
            <w:r>
              <w:t>214</w:t>
            </w:r>
          </w:p>
        </w:tc>
      </w:tr>
      <w:tr w:rsidR="00A14D53" w14:paraId="49A058F0" w14:textId="77777777">
        <w:tc>
          <w:tcPr>
            <w:tcW w:w="1080" w:type="dxa"/>
          </w:tcPr>
          <w:p w14:paraId="082C528D" w14:textId="77777777" w:rsidR="00A14D53" w:rsidRDefault="00000000">
            <w:r>
              <w:t>46</w:t>
            </w:r>
          </w:p>
        </w:tc>
        <w:tc>
          <w:tcPr>
            <w:tcW w:w="1080" w:type="dxa"/>
          </w:tcPr>
          <w:p w14:paraId="2767A0CC" w14:textId="77777777" w:rsidR="00A14D53" w:rsidRDefault="00000000">
            <w:r>
              <w:t>Mop úmido completo</w:t>
            </w:r>
          </w:p>
        </w:tc>
        <w:tc>
          <w:tcPr>
            <w:tcW w:w="1080" w:type="dxa"/>
          </w:tcPr>
          <w:p w14:paraId="4D908714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3C9AE35B" w14:textId="77777777" w:rsidR="00A14D53" w:rsidRDefault="00000000">
            <w:r>
              <w:t>18</w:t>
            </w:r>
          </w:p>
        </w:tc>
        <w:tc>
          <w:tcPr>
            <w:tcW w:w="1080" w:type="dxa"/>
          </w:tcPr>
          <w:p w14:paraId="1D10F2C7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2E3E722B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2CAEA61A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4326FC0D" w14:textId="77777777" w:rsidR="00A14D53" w:rsidRDefault="00000000">
            <w:r>
              <w:t>74</w:t>
            </w:r>
          </w:p>
        </w:tc>
      </w:tr>
      <w:tr w:rsidR="00A14D53" w14:paraId="3006E526" w14:textId="77777777">
        <w:tc>
          <w:tcPr>
            <w:tcW w:w="1080" w:type="dxa"/>
          </w:tcPr>
          <w:p w14:paraId="2780BD57" w14:textId="77777777" w:rsidR="00A14D53" w:rsidRDefault="00000000">
            <w:r>
              <w:t>47</w:t>
            </w:r>
          </w:p>
        </w:tc>
        <w:tc>
          <w:tcPr>
            <w:tcW w:w="1080" w:type="dxa"/>
          </w:tcPr>
          <w:p w14:paraId="10EC7765" w14:textId="77777777" w:rsidR="00A14D53" w:rsidRDefault="00000000">
            <w:r>
              <w:t>Refil para mop úmido</w:t>
            </w:r>
          </w:p>
        </w:tc>
        <w:tc>
          <w:tcPr>
            <w:tcW w:w="1080" w:type="dxa"/>
          </w:tcPr>
          <w:p w14:paraId="5AAD076D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3B02C11B" w14:textId="77777777" w:rsidR="00A14D53" w:rsidRDefault="00000000">
            <w:r>
              <w:t>54</w:t>
            </w:r>
          </w:p>
        </w:tc>
        <w:tc>
          <w:tcPr>
            <w:tcW w:w="1080" w:type="dxa"/>
          </w:tcPr>
          <w:p w14:paraId="73B700D9" w14:textId="77777777" w:rsidR="00A14D53" w:rsidRDefault="00000000">
            <w:r>
              <w:t>80</w:t>
            </w:r>
          </w:p>
        </w:tc>
        <w:tc>
          <w:tcPr>
            <w:tcW w:w="1080" w:type="dxa"/>
          </w:tcPr>
          <w:p w14:paraId="4EA86F14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2EBA41FC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3A8233B8" w14:textId="77777777" w:rsidR="00A14D53" w:rsidRDefault="00000000">
            <w:r>
              <w:t>214</w:t>
            </w:r>
          </w:p>
        </w:tc>
      </w:tr>
      <w:tr w:rsidR="00A14D53" w14:paraId="486744F8" w14:textId="77777777">
        <w:tc>
          <w:tcPr>
            <w:tcW w:w="1080" w:type="dxa"/>
          </w:tcPr>
          <w:p w14:paraId="1391AB57" w14:textId="77777777" w:rsidR="00A14D53" w:rsidRDefault="00000000">
            <w:r>
              <w:t>48</w:t>
            </w:r>
          </w:p>
        </w:tc>
        <w:tc>
          <w:tcPr>
            <w:tcW w:w="1080" w:type="dxa"/>
          </w:tcPr>
          <w:p w14:paraId="5666D57D" w14:textId="77777777" w:rsidR="00A14D53" w:rsidRDefault="00000000">
            <w:r>
              <w:t>Mop pó completo – 60 cm</w:t>
            </w:r>
          </w:p>
        </w:tc>
        <w:tc>
          <w:tcPr>
            <w:tcW w:w="1080" w:type="dxa"/>
          </w:tcPr>
          <w:p w14:paraId="4218EEAE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518973FC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21335E2B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4AB0665F" w14:textId="77777777" w:rsidR="00A14D53" w:rsidRDefault="00000000">
            <w:r>
              <w:t>12</w:t>
            </w:r>
          </w:p>
        </w:tc>
        <w:tc>
          <w:tcPr>
            <w:tcW w:w="1080" w:type="dxa"/>
          </w:tcPr>
          <w:p w14:paraId="6C5420AD" w14:textId="77777777" w:rsidR="00A14D53" w:rsidRDefault="00000000">
            <w:r>
              <w:t>12</w:t>
            </w:r>
          </w:p>
        </w:tc>
        <w:tc>
          <w:tcPr>
            <w:tcW w:w="1080" w:type="dxa"/>
          </w:tcPr>
          <w:p w14:paraId="727688B4" w14:textId="77777777" w:rsidR="00A14D53" w:rsidRDefault="00000000">
            <w:r>
              <w:t>66</w:t>
            </w:r>
          </w:p>
        </w:tc>
      </w:tr>
      <w:tr w:rsidR="00A14D53" w14:paraId="3C750416" w14:textId="77777777">
        <w:tc>
          <w:tcPr>
            <w:tcW w:w="1080" w:type="dxa"/>
          </w:tcPr>
          <w:p w14:paraId="3CCDC75E" w14:textId="77777777" w:rsidR="00A14D53" w:rsidRDefault="00000000">
            <w:r>
              <w:t>49</w:t>
            </w:r>
          </w:p>
        </w:tc>
        <w:tc>
          <w:tcPr>
            <w:tcW w:w="1080" w:type="dxa"/>
          </w:tcPr>
          <w:p w14:paraId="3D6642DB" w14:textId="77777777" w:rsidR="00A14D53" w:rsidRDefault="00000000">
            <w:r>
              <w:t>Refil para mop pó – 60 cm</w:t>
            </w:r>
          </w:p>
        </w:tc>
        <w:tc>
          <w:tcPr>
            <w:tcW w:w="1080" w:type="dxa"/>
          </w:tcPr>
          <w:p w14:paraId="171FA001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334A150A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3C15EFD5" w14:textId="77777777" w:rsidR="00A14D53" w:rsidRDefault="00000000">
            <w:r>
              <w:t>80</w:t>
            </w:r>
          </w:p>
        </w:tc>
        <w:tc>
          <w:tcPr>
            <w:tcW w:w="1080" w:type="dxa"/>
          </w:tcPr>
          <w:p w14:paraId="309E97FF" w14:textId="77777777" w:rsidR="00A14D53" w:rsidRDefault="00000000">
            <w:r>
              <w:t>35</w:t>
            </w:r>
          </w:p>
        </w:tc>
        <w:tc>
          <w:tcPr>
            <w:tcW w:w="1080" w:type="dxa"/>
          </w:tcPr>
          <w:p w14:paraId="4F39CE67" w14:textId="77777777" w:rsidR="00A14D53" w:rsidRDefault="00000000">
            <w:r>
              <w:t>35</w:t>
            </w:r>
          </w:p>
        </w:tc>
        <w:tc>
          <w:tcPr>
            <w:tcW w:w="1080" w:type="dxa"/>
          </w:tcPr>
          <w:p w14:paraId="77B02B2B" w14:textId="77777777" w:rsidR="00A14D53" w:rsidRDefault="00000000">
            <w:r>
              <w:t>190</w:t>
            </w:r>
          </w:p>
        </w:tc>
      </w:tr>
      <w:tr w:rsidR="00A14D53" w14:paraId="608AEF9F" w14:textId="77777777">
        <w:tc>
          <w:tcPr>
            <w:tcW w:w="1080" w:type="dxa"/>
          </w:tcPr>
          <w:p w14:paraId="702A9662" w14:textId="77777777" w:rsidR="00A14D53" w:rsidRDefault="00000000">
            <w:r>
              <w:t>50</w:t>
            </w:r>
          </w:p>
        </w:tc>
        <w:tc>
          <w:tcPr>
            <w:tcW w:w="1080" w:type="dxa"/>
          </w:tcPr>
          <w:p w14:paraId="2CD81800" w14:textId="77777777" w:rsidR="00A14D53" w:rsidRDefault="00000000">
            <w:r>
              <w:t>Pá coletora de lixo com cabo longo</w:t>
            </w:r>
          </w:p>
        </w:tc>
        <w:tc>
          <w:tcPr>
            <w:tcW w:w="1080" w:type="dxa"/>
          </w:tcPr>
          <w:p w14:paraId="791D8F23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7E093B6E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4339E5C5" w14:textId="77777777" w:rsidR="00A14D53" w:rsidRDefault="00000000">
            <w:r>
              <w:t>60</w:t>
            </w:r>
          </w:p>
        </w:tc>
        <w:tc>
          <w:tcPr>
            <w:tcW w:w="1080" w:type="dxa"/>
          </w:tcPr>
          <w:p w14:paraId="1F308552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23774A98" w14:textId="77777777" w:rsidR="00A14D53" w:rsidRDefault="00000000">
            <w:r>
              <w:t>35</w:t>
            </w:r>
          </w:p>
        </w:tc>
        <w:tc>
          <w:tcPr>
            <w:tcW w:w="1080" w:type="dxa"/>
          </w:tcPr>
          <w:p w14:paraId="32757EB7" w14:textId="77777777" w:rsidR="00A14D53" w:rsidRDefault="00000000">
            <w:r>
              <w:t>163</w:t>
            </w:r>
          </w:p>
        </w:tc>
      </w:tr>
      <w:tr w:rsidR="00A14D53" w14:paraId="42831EA2" w14:textId="77777777">
        <w:tc>
          <w:tcPr>
            <w:tcW w:w="1080" w:type="dxa"/>
          </w:tcPr>
          <w:p w14:paraId="4D1788FE" w14:textId="77777777" w:rsidR="00A14D53" w:rsidRDefault="00000000">
            <w:r>
              <w:t>51</w:t>
            </w:r>
          </w:p>
        </w:tc>
        <w:tc>
          <w:tcPr>
            <w:tcW w:w="1080" w:type="dxa"/>
          </w:tcPr>
          <w:p w14:paraId="1AEF5723" w14:textId="77777777" w:rsidR="00A14D53" w:rsidRDefault="00000000">
            <w:r>
              <w:t>Rodo para piso – 40 cm com cabo</w:t>
            </w:r>
          </w:p>
        </w:tc>
        <w:tc>
          <w:tcPr>
            <w:tcW w:w="1080" w:type="dxa"/>
          </w:tcPr>
          <w:p w14:paraId="6AEE8B8A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5C6C2551" w14:textId="77777777" w:rsidR="00A14D53" w:rsidRDefault="00000000">
            <w:r>
              <w:t>54</w:t>
            </w:r>
          </w:p>
        </w:tc>
        <w:tc>
          <w:tcPr>
            <w:tcW w:w="1080" w:type="dxa"/>
          </w:tcPr>
          <w:p w14:paraId="3BE07BC1" w14:textId="77777777" w:rsidR="00A14D53" w:rsidRDefault="00000000">
            <w:r>
              <w:t>80</w:t>
            </w:r>
          </w:p>
        </w:tc>
        <w:tc>
          <w:tcPr>
            <w:tcW w:w="1080" w:type="dxa"/>
          </w:tcPr>
          <w:p w14:paraId="2DF86119" w14:textId="77777777" w:rsidR="00A14D53" w:rsidRDefault="00000000">
            <w:r>
              <w:t>35</w:t>
            </w:r>
          </w:p>
        </w:tc>
        <w:tc>
          <w:tcPr>
            <w:tcW w:w="1080" w:type="dxa"/>
          </w:tcPr>
          <w:p w14:paraId="2CB1C896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3B68E76D" w14:textId="77777777" w:rsidR="00A14D53" w:rsidRDefault="00000000">
            <w:r>
              <w:t>209</w:t>
            </w:r>
          </w:p>
        </w:tc>
      </w:tr>
      <w:tr w:rsidR="00A14D53" w14:paraId="2CFFE1E1" w14:textId="77777777">
        <w:tc>
          <w:tcPr>
            <w:tcW w:w="1080" w:type="dxa"/>
          </w:tcPr>
          <w:p w14:paraId="3B3B051E" w14:textId="77777777" w:rsidR="00A14D53" w:rsidRDefault="00000000">
            <w:r>
              <w:t>52</w:t>
            </w:r>
          </w:p>
        </w:tc>
        <w:tc>
          <w:tcPr>
            <w:tcW w:w="1080" w:type="dxa"/>
          </w:tcPr>
          <w:p w14:paraId="624028B0" w14:textId="77777777" w:rsidR="00A14D53" w:rsidRDefault="00000000">
            <w:r>
              <w:t>Rodo para piso – 60 cm com cabo</w:t>
            </w:r>
          </w:p>
        </w:tc>
        <w:tc>
          <w:tcPr>
            <w:tcW w:w="1080" w:type="dxa"/>
          </w:tcPr>
          <w:p w14:paraId="5265CB24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262F10CD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76A45173" w14:textId="77777777" w:rsidR="00A14D53" w:rsidRDefault="00000000">
            <w:r>
              <w:t>60</w:t>
            </w:r>
          </w:p>
        </w:tc>
        <w:tc>
          <w:tcPr>
            <w:tcW w:w="1080" w:type="dxa"/>
          </w:tcPr>
          <w:p w14:paraId="18D5A5D6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5747BC5C" w14:textId="77777777" w:rsidR="00A14D53" w:rsidRDefault="00000000">
            <w:r>
              <w:t>35</w:t>
            </w:r>
          </w:p>
        </w:tc>
        <w:tc>
          <w:tcPr>
            <w:tcW w:w="1080" w:type="dxa"/>
          </w:tcPr>
          <w:p w14:paraId="76120968" w14:textId="77777777" w:rsidR="00A14D53" w:rsidRDefault="00000000">
            <w:r>
              <w:t>163</w:t>
            </w:r>
          </w:p>
        </w:tc>
      </w:tr>
      <w:tr w:rsidR="00A14D53" w14:paraId="0CD014DD" w14:textId="77777777">
        <w:tc>
          <w:tcPr>
            <w:tcW w:w="1080" w:type="dxa"/>
          </w:tcPr>
          <w:p w14:paraId="6F893B65" w14:textId="77777777" w:rsidR="00A14D53" w:rsidRDefault="00000000">
            <w:r>
              <w:t>53</w:t>
            </w:r>
          </w:p>
        </w:tc>
        <w:tc>
          <w:tcPr>
            <w:tcW w:w="1080" w:type="dxa"/>
          </w:tcPr>
          <w:p w14:paraId="7EB8768B" w14:textId="77777777" w:rsidR="00A14D53" w:rsidRDefault="00000000">
            <w:r>
              <w:t>Rodo limpa-vidros</w:t>
            </w:r>
          </w:p>
        </w:tc>
        <w:tc>
          <w:tcPr>
            <w:tcW w:w="1080" w:type="dxa"/>
          </w:tcPr>
          <w:p w14:paraId="05A89F39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30F0F066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264356B8" w14:textId="77777777" w:rsidR="00A14D53" w:rsidRDefault="00000000">
            <w:r>
              <w:t>20</w:t>
            </w:r>
          </w:p>
        </w:tc>
        <w:tc>
          <w:tcPr>
            <w:tcW w:w="1080" w:type="dxa"/>
          </w:tcPr>
          <w:p w14:paraId="00628646" w14:textId="77777777" w:rsidR="00A14D53" w:rsidRDefault="00000000">
            <w:r>
              <w:t>10</w:t>
            </w:r>
          </w:p>
        </w:tc>
        <w:tc>
          <w:tcPr>
            <w:tcW w:w="1080" w:type="dxa"/>
          </w:tcPr>
          <w:p w14:paraId="5EC5CC19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6533BC6A" w14:textId="77777777" w:rsidR="00A14D53" w:rsidRDefault="00000000">
            <w:r>
              <w:t>58</w:t>
            </w:r>
          </w:p>
        </w:tc>
      </w:tr>
      <w:tr w:rsidR="00A14D53" w14:paraId="4AC76AA4" w14:textId="77777777">
        <w:tc>
          <w:tcPr>
            <w:tcW w:w="1080" w:type="dxa"/>
          </w:tcPr>
          <w:p w14:paraId="25BD1A69" w14:textId="77777777" w:rsidR="00A14D53" w:rsidRDefault="00000000">
            <w:r>
              <w:t>54</w:t>
            </w:r>
          </w:p>
        </w:tc>
        <w:tc>
          <w:tcPr>
            <w:tcW w:w="1080" w:type="dxa"/>
          </w:tcPr>
          <w:p w14:paraId="62AAE37E" w14:textId="77777777" w:rsidR="00A14D53" w:rsidRDefault="00000000">
            <w:r>
              <w:t>Vassoura de nylon</w:t>
            </w:r>
          </w:p>
        </w:tc>
        <w:tc>
          <w:tcPr>
            <w:tcW w:w="1080" w:type="dxa"/>
          </w:tcPr>
          <w:p w14:paraId="50E63F33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2C136CFB" w14:textId="77777777" w:rsidR="00A14D53" w:rsidRDefault="00000000">
            <w:r>
              <w:t>80</w:t>
            </w:r>
          </w:p>
        </w:tc>
        <w:tc>
          <w:tcPr>
            <w:tcW w:w="1080" w:type="dxa"/>
          </w:tcPr>
          <w:p w14:paraId="0048B0C7" w14:textId="77777777" w:rsidR="00A14D53" w:rsidRDefault="00000000">
            <w:r>
              <w:t>120</w:t>
            </w:r>
          </w:p>
        </w:tc>
        <w:tc>
          <w:tcPr>
            <w:tcW w:w="1080" w:type="dxa"/>
          </w:tcPr>
          <w:p w14:paraId="7FB282BA" w14:textId="77777777" w:rsidR="00A14D53" w:rsidRDefault="00000000">
            <w:r>
              <w:t>54</w:t>
            </w:r>
          </w:p>
        </w:tc>
        <w:tc>
          <w:tcPr>
            <w:tcW w:w="1080" w:type="dxa"/>
          </w:tcPr>
          <w:p w14:paraId="7E4E21DD" w14:textId="77777777" w:rsidR="00A14D53" w:rsidRDefault="00000000">
            <w:r>
              <w:t>70</w:t>
            </w:r>
          </w:p>
        </w:tc>
        <w:tc>
          <w:tcPr>
            <w:tcW w:w="1080" w:type="dxa"/>
          </w:tcPr>
          <w:p w14:paraId="16761319" w14:textId="77777777" w:rsidR="00A14D53" w:rsidRDefault="00000000">
            <w:r>
              <w:t>324</w:t>
            </w:r>
          </w:p>
        </w:tc>
      </w:tr>
      <w:tr w:rsidR="00A14D53" w14:paraId="6069EB43" w14:textId="77777777">
        <w:tc>
          <w:tcPr>
            <w:tcW w:w="1080" w:type="dxa"/>
          </w:tcPr>
          <w:p w14:paraId="5F52F722" w14:textId="77777777" w:rsidR="00A14D53" w:rsidRDefault="00000000">
            <w:r>
              <w:t>55</w:t>
            </w:r>
          </w:p>
        </w:tc>
        <w:tc>
          <w:tcPr>
            <w:tcW w:w="1080" w:type="dxa"/>
          </w:tcPr>
          <w:p w14:paraId="0CDFC03A" w14:textId="77777777" w:rsidR="00A14D53" w:rsidRDefault="00000000">
            <w:r>
              <w:t>Vassoura de pelo</w:t>
            </w:r>
          </w:p>
        </w:tc>
        <w:tc>
          <w:tcPr>
            <w:tcW w:w="1080" w:type="dxa"/>
          </w:tcPr>
          <w:p w14:paraId="7EDE219F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2ABCC594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26F47923" w14:textId="77777777" w:rsidR="00A14D53" w:rsidRDefault="00000000">
            <w:r>
              <w:t>60</w:t>
            </w:r>
          </w:p>
        </w:tc>
        <w:tc>
          <w:tcPr>
            <w:tcW w:w="1080" w:type="dxa"/>
          </w:tcPr>
          <w:p w14:paraId="0BD7FA4D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77AA137E" w14:textId="77777777" w:rsidR="00A14D53" w:rsidRDefault="00000000">
            <w:r>
              <w:t>35</w:t>
            </w:r>
          </w:p>
        </w:tc>
        <w:tc>
          <w:tcPr>
            <w:tcW w:w="1080" w:type="dxa"/>
          </w:tcPr>
          <w:p w14:paraId="52BAB977" w14:textId="77777777" w:rsidR="00A14D53" w:rsidRDefault="00000000">
            <w:r>
              <w:t>163</w:t>
            </w:r>
          </w:p>
        </w:tc>
      </w:tr>
      <w:tr w:rsidR="00A14D53" w14:paraId="64743D5A" w14:textId="77777777">
        <w:tc>
          <w:tcPr>
            <w:tcW w:w="1080" w:type="dxa"/>
          </w:tcPr>
          <w:p w14:paraId="5A734BCB" w14:textId="77777777" w:rsidR="00A14D53" w:rsidRDefault="00000000">
            <w:r>
              <w:t>56</w:t>
            </w:r>
          </w:p>
        </w:tc>
        <w:tc>
          <w:tcPr>
            <w:tcW w:w="1080" w:type="dxa"/>
          </w:tcPr>
          <w:p w14:paraId="142F9E83" w14:textId="77777777" w:rsidR="00A14D53" w:rsidRDefault="00000000">
            <w:r>
              <w:t>Vassoura de palha</w:t>
            </w:r>
          </w:p>
        </w:tc>
        <w:tc>
          <w:tcPr>
            <w:tcW w:w="1080" w:type="dxa"/>
          </w:tcPr>
          <w:p w14:paraId="01E0D36C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291B82D2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1F7668B1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1C9B13D6" w14:textId="77777777" w:rsidR="00A14D53" w:rsidRDefault="00000000">
            <w:r>
              <w:t>20</w:t>
            </w:r>
          </w:p>
        </w:tc>
        <w:tc>
          <w:tcPr>
            <w:tcW w:w="1080" w:type="dxa"/>
          </w:tcPr>
          <w:p w14:paraId="0454C1CD" w14:textId="77777777" w:rsidR="00A14D53" w:rsidRDefault="00000000">
            <w:r>
              <w:t>20</w:t>
            </w:r>
          </w:p>
        </w:tc>
        <w:tc>
          <w:tcPr>
            <w:tcW w:w="1080" w:type="dxa"/>
          </w:tcPr>
          <w:p w14:paraId="429B8CC5" w14:textId="77777777" w:rsidR="00A14D53" w:rsidRDefault="00000000">
            <w:r>
              <w:t>120</w:t>
            </w:r>
          </w:p>
        </w:tc>
      </w:tr>
      <w:tr w:rsidR="00A14D53" w14:paraId="25EFDAE5" w14:textId="77777777">
        <w:tc>
          <w:tcPr>
            <w:tcW w:w="1080" w:type="dxa"/>
          </w:tcPr>
          <w:p w14:paraId="5A629317" w14:textId="77777777" w:rsidR="00A14D53" w:rsidRDefault="00000000">
            <w:r>
              <w:t>57</w:t>
            </w:r>
          </w:p>
        </w:tc>
        <w:tc>
          <w:tcPr>
            <w:tcW w:w="1080" w:type="dxa"/>
          </w:tcPr>
          <w:p w14:paraId="12B1BAB1" w14:textId="77777777" w:rsidR="00A14D53" w:rsidRDefault="00000000">
            <w:r>
              <w:t>Vassourão tipo gari</w:t>
            </w:r>
          </w:p>
        </w:tc>
        <w:tc>
          <w:tcPr>
            <w:tcW w:w="1080" w:type="dxa"/>
          </w:tcPr>
          <w:p w14:paraId="4753C9E7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74758632" w14:textId="77777777" w:rsidR="00A14D53" w:rsidRDefault="00000000">
            <w:r>
              <w:t>54</w:t>
            </w:r>
          </w:p>
        </w:tc>
        <w:tc>
          <w:tcPr>
            <w:tcW w:w="1080" w:type="dxa"/>
          </w:tcPr>
          <w:p w14:paraId="5BAA1FDA" w14:textId="77777777" w:rsidR="00A14D53" w:rsidRDefault="00000000">
            <w:r>
              <w:t>20</w:t>
            </w:r>
          </w:p>
        </w:tc>
        <w:tc>
          <w:tcPr>
            <w:tcW w:w="1080" w:type="dxa"/>
          </w:tcPr>
          <w:p w14:paraId="2894D96B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7165B4EF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65DB3792" w14:textId="77777777" w:rsidR="00A14D53" w:rsidRDefault="00000000">
            <w:r>
              <w:t>102</w:t>
            </w:r>
          </w:p>
        </w:tc>
      </w:tr>
      <w:tr w:rsidR="00A14D53" w14:paraId="50325174" w14:textId="77777777">
        <w:tc>
          <w:tcPr>
            <w:tcW w:w="1080" w:type="dxa"/>
          </w:tcPr>
          <w:p w14:paraId="7DAD4A85" w14:textId="77777777" w:rsidR="00A14D53" w:rsidRDefault="00000000">
            <w:r>
              <w:t>58</w:t>
            </w:r>
          </w:p>
        </w:tc>
        <w:tc>
          <w:tcPr>
            <w:tcW w:w="1080" w:type="dxa"/>
          </w:tcPr>
          <w:p w14:paraId="7C10CD85" w14:textId="77777777" w:rsidR="00A14D53" w:rsidRDefault="00000000">
            <w:r>
              <w:t>Lixeira com pedal – 15 L</w:t>
            </w:r>
          </w:p>
        </w:tc>
        <w:tc>
          <w:tcPr>
            <w:tcW w:w="1080" w:type="dxa"/>
          </w:tcPr>
          <w:p w14:paraId="2BA9553D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1A37CA9F" w14:textId="77777777" w:rsidR="00A14D53" w:rsidRDefault="00000000">
            <w:r>
              <w:t>45</w:t>
            </w:r>
          </w:p>
        </w:tc>
        <w:tc>
          <w:tcPr>
            <w:tcW w:w="1080" w:type="dxa"/>
          </w:tcPr>
          <w:p w14:paraId="6964F7D9" w14:textId="77777777" w:rsidR="00A14D53" w:rsidRDefault="00000000">
            <w:r>
              <w:t>80</w:t>
            </w:r>
          </w:p>
        </w:tc>
        <w:tc>
          <w:tcPr>
            <w:tcW w:w="1080" w:type="dxa"/>
          </w:tcPr>
          <w:p w14:paraId="6185219D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4B675F73" w14:textId="77777777" w:rsidR="00A14D53" w:rsidRDefault="00000000">
            <w:r>
              <w:t>45</w:t>
            </w:r>
          </w:p>
        </w:tc>
        <w:tc>
          <w:tcPr>
            <w:tcW w:w="1080" w:type="dxa"/>
          </w:tcPr>
          <w:p w14:paraId="57C58954" w14:textId="77777777" w:rsidR="00A14D53" w:rsidRDefault="00000000">
            <w:r>
              <w:t>210</w:t>
            </w:r>
          </w:p>
        </w:tc>
      </w:tr>
      <w:tr w:rsidR="00A14D53" w14:paraId="07D8334C" w14:textId="77777777">
        <w:tc>
          <w:tcPr>
            <w:tcW w:w="1080" w:type="dxa"/>
          </w:tcPr>
          <w:p w14:paraId="356BA53C" w14:textId="77777777" w:rsidR="00A14D53" w:rsidRDefault="00000000">
            <w:r>
              <w:t>59</w:t>
            </w:r>
          </w:p>
        </w:tc>
        <w:tc>
          <w:tcPr>
            <w:tcW w:w="1080" w:type="dxa"/>
          </w:tcPr>
          <w:p w14:paraId="7DAEBD51" w14:textId="77777777" w:rsidR="00A14D53" w:rsidRDefault="00000000">
            <w:r>
              <w:t>Lixeira com pedal – 50 L</w:t>
            </w:r>
          </w:p>
        </w:tc>
        <w:tc>
          <w:tcPr>
            <w:tcW w:w="1080" w:type="dxa"/>
          </w:tcPr>
          <w:p w14:paraId="33A1DA6A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6344F670" w14:textId="77777777" w:rsidR="00A14D53" w:rsidRDefault="00000000">
            <w:r>
              <w:t>22</w:t>
            </w:r>
          </w:p>
        </w:tc>
        <w:tc>
          <w:tcPr>
            <w:tcW w:w="1080" w:type="dxa"/>
          </w:tcPr>
          <w:p w14:paraId="67AF1009" w14:textId="77777777" w:rsidR="00A14D53" w:rsidRDefault="00000000">
            <w:r>
              <w:t>40</w:t>
            </w:r>
          </w:p>
        </w:tc>
        <w:tc>
          <w:tcPr>
            <w:tcW w:w="1080" w:type="dxa"/>
          </w:tcPr>
          <w:p w14:paraId="420711F2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2448413D" w14:textId="77777777" w:rsidR="00A14D53" w:rsidRDefault="00000000">
            <w:r>
              <w:t>28</w:t>
            </w:r>
          </w:p>
        </w:tc>
        <w:tc>
          <w:tcPr>
            <w:tcW w:w="1080" w:type="dxa"/>
          </w:tcPr>
          <w:p w14:paraId="02FB9037" w14:textId="77777777" w:rsidR="00A14D53" w:rsidRDefault="00000000">
            <w:r>
              <w:t>118</w:t>
            </w:r>
          </w:p>
        </w:tc>
      </w:tr>
      <w:tr w:rsidR="00A14D53" w14:paraId="188BFF18" w14:textId="77777777">
        <w:tc>
          <w:tcPr>
            <w:tcW w:w="1080" w:type="dxa"/>
          </w:tcPr>
          <w:p w14:paraId="0C34AFA0" w14:textId="77777777" w:rsidR="00A14D53" w:rsidRDefault="00000000">
            <w:r>
              <w:t>60</w:t>
            </w:r>
          </w:p>
        </w:tc>
        <w:tc>
          <w:tcPr>
            <w:tcW w:w="1080" w:type="dxa"/>
          </w:tcPr>
          <w:p w14:paraId="5C423C65" w14:textId="77777777" w:rsidR="00A14D53" w:rsidRDefault="00000000">
            <w:r>
              <w:t>Lixeira com pedal – 100 L</w:t>
            </w:r>
          </w:p>
        </w:tc>
        <w:tc>
          <w:tcPr>
            <w:tcW w:w="1080" w:type="dxa"/>
          </w:tcPr>
          <w:p w14:paraId="7413D0DF" w14:textId="77777777" w:rsidR="00A14D53" w:rsidRDefault="00000000">
            <w:r>
              <w:t>UNIDADE</w:t>
            </w:r>
          </w:p>
        </w:tc>
        <w:tc>
          <w:tcPr>
            <w:tcW w:w="1080" w:type="dxa"/>
          </w:tcPr>
          <w:p w14:paraId="374100AF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53C41536" w14:textId="77777777" w:rsidR="00A14D53" w:rsidRDefault="00000000">
            <w:r>
              <w:t>20</w:t>
            </w:r>
          </w:p>
        </w:tc>
        <w:tc>
          <w:tcPr>
            <w:tcW w:w="1080" w:type="dxa"/>
          </w:tcPr>
          <w:p w14:paraId="246E9814" w14:textId="77777777" w:rsidR="00A14D53" w:rsidRDefault="00000000">
            <w:r>
              <w:t>14</w:t>
            </w:r>
          </w:p>
        </w:tc>
        <w:tc>
          <w:tcPr>
            <w:tcW w:w="1080" w:type="dxa"/>
          </w:tcPr>
          <w:p w14:paraId="41CCFA7A" w14:textId="77777777" w:rsidR="00A14D53" w:rsidRDefault="00000000">
            <w:r>
              <w:t>12</w:t>
            </w:r>
          </w:p>
        </w:tc>
        <w:tc>
          <w:tcPr>
            <w:tcW w:w="1080" w:type="dxa"/>
          </w:tcPr>
          <w:p w14:paraId="6FB1F189" w14:textId="77777777" w:rsidR="00A14D53" w:rsidRDefault="00000000">
            <w:r>
              <w:t>60</w:t>
            </w:r>
          </w:p>
        </w:tc>
      </w:tr>
      <w:tr w:rsidR="00A14D53" w14:paraId="1E5F6571" w14:textId="77777777">
        <w:tc>
          <w:tcPr>
            <w:tcW w:w="1080" w:type="dxa"/>
          </w:tcPr>
          <w:p w14:paraId="4DC60BF7" w14:textId="77777777" w:rsidR="00A14D53" w:rsidRDefault="00000000">
            <w:r>
              <w:t>61</w:t>
            </w:r>
          </w:p>
        </w:tc>
        <w:tc>
          <w:tcPr>
            <w:tcW w:w="1080" w:type="dxa"/>
          </w:tcPr>
          <w:p w14:paraId="41C5F12D" w14:textId="77777777" w:rsidR="00A14D53" w:rsidRDefault="00000000">
            <w:r>
              <w:t>Saco de lixo 30 L – pacote c/ 100 unidades</w:t>
            </w:r>
          </w:p>
        </w:tc>
        <w:tc>
          <w:tcPr>
            <w:tcW w:w="1080" w:type="dxa"/>
          </w:tcPr>
          <w:p w14:paraId="61C21B25" w14:textId="77777777" w:rsidR="00A14D53" w:rsidRDefault="00000000">
            <w:r>
              <w:t>PACOTE</w:t>
            </w:r>
          </w:p>
        </w:tc>
        <w:tc>
          <w:tcPr>
            <w:tcW w:w="1080" w:type="dxa"/>
          </w:tcPr>
          <w:p w14:paraId="6E984570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62ACC236" w14:textId="77777777" w:rsidR="00A14D53" w:rsidRDefault="00000000">
            <w:r>
              <w:t>450</w:t>
            </w:r>
          </w:p>
        </w:tc>
        <w:tc>
          <w:tcPr>
            <w:tcW w:w="1080" w:type="dxa"/>
          </w:tcPr>
          <w:p w14:paraId="18A37A72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529D1F4F" w14:textId="77777777" w:rsidR="00A14D53" w:rsidRDefault="00000000">
            <w:r>
              <w:t>300</w:t>
            </w:r>
          </w:p>
        </w:tc>
        <w:tc>
          <w:tcPr>
            <w:tcW w:w="1080" w:type="dxa"/>
          </w:tcPr>
          <w:p w14:paraId="70C706DE" w14:textId="77777777" w:rsidR="00A14D53" w:rsidRDefault="00000000">
            <w:r>
              <w:t>1200</w:t>
            </w:r>
          </w:p>
        </w:tc>
      </w:tr>
      <w:tr w:rsidR="00A14D53" w14:paraId="0184E2AD" w14:textId="77777777">
        <w:tc>
          <w:tcPr>
            <w:tcW w:w="1080" w:type="dxa"/>
          </w:tcPr>
          <w:p w14:paraId="4CC35E04" w14:textId="77777777" w:rsidR="00A14D53" w:rsidRDefault="00000000">
            <w:r>
              <w:t>62</w:t>
            </w:r>
          </w:p>
        </w:tc>
        <w:tc>
          <w:tcPr>
            <w:tcW w:w="1080" w:type="dxa"/>
          </w:tcPr>
          <w:p w14:paraId="7DFAA19B" w14:textId="77777777" w:rsidR="00A14D53" w:rsidRDefault="00000000">
            <w:r>
              <w:t>Saco de lixo 50 L – pacote c/ 100 unidades</w:t>
            </w:r>
          </w:p>
        </w:tc>
        <w:tc>
          <w:tcPr>
            <w:tcW w:w="1080" w:type="dxa"/>
          </w:tcPr>
          <w:p w14:paraId="1316B591" w14:textId="77777777" w:rsidR="00A14D53" w:rsidRDefault="00000000">
            <w:r>
              <w:t>PACOTE</w:t>
            </w:r>
          </w:p>
        </w:tc>
        <w:tc>
          <w:tcPr>
            <w:tcW w:w="1080" w:type="dxa"/>
          </w:tcPr>
          <w:p w14:paraId="694031B2" w14:textId="77777777" w:rsidR="00A14D53" w:rsidRDefault="00000000">
            <w:r>
              <w:t>300</w:t>
            </w:r>
          </w:p>
        </w:tc>
        <w:tc>
          <w:tcPr>
            <w:tcW w:w="1080" w:type="dxa"/>
          </w:tcPr>
          <w:p w14:paraId="5EBF7871" w14:textId="77777777" w:rsidR="00A14D53" w:rsidRDefault="00000000">
            <w:r>
              <w:t>600</w:t>
            </w:r>
          </w:p>
        </w:tc>
        <w:tc>
          <w:tcPr>
            <w:tcW w:w="1080" w:type="dxa"/>
          </w:tcPr>
          <w:p w14:paraId="727C6DC6" w14:textId="77777777" w:rsidR="00A14D53" w:rsidRDefault="00000000">
            <w:r>
              <w:t>300</w:t>
            </w:r>
          </w:p>
        </w:tc>
        <w:tc>
          <w:tcPr>
            <w:tcW w:w="1080" w:type="dxa"/>
          </w:tcPr>
          <w:p w14:paraId="2A8C4642" w14:textId="77777777" w:rsidR="00A14D53" w:rsidRDefault="00000000">
            <w:r>
              <w:t>375</w:t>
            </w:r>
          </w:p>
        </w:tc>
        <w:tc>
          <w:tcPr>
            <w:tcW w:w="1080" w:type="dxa"/>
          </w:tcPr>
          <w:p w14:paraId="6270193B" w14:textId="77777777" w:rsidR="00A14D53" w:rsidRDefault="00000000">
            <w:r>
              <w:t>1575</w:t>
            </w:r>
          </w:p>
        </w:tc>
      </w:tr>
      <w:tr w:rsidR="00A14D53" w14:paraId="36FD44AB" w14:textId="77777777">
        <w:tc>
          <w:tcPr>
            <w:tcW w:w="1080" w:type="dxa"/>
          </w:tcPr>
          <w:p w14:paraId="61F8AC16" w14:textId="77777777" w:rsidR="00A14D53" w:rsidRDefault="00000000">
            <w:r>
              <w:t>63</w:t>
            </w:r>
          </w:p>
        </w:tc>
        <w:tc>
          <w:tcPr>
            <w:tcW w:w="1080" w:type="dxa"/>
          </w:tcPr>
          <w:p w14:paraId="1BEEAC66" w14:textId="77777777" w:rsidR="00A14D53" w:rsidRDefault="00000000">
            <w:r>
              <w:t>Saco de lixo 100 L – pacote c/ 100 unidades</w:t>
            </w:r>
          </w:p>
        </w:tc>
        <w:tc>
          <w:tcPr>
            <w:tcW w:w="1080" w:type="dxa"/>
          </w:tcPr>
          <w:p w14:paraId="2E589348" w14:textId="77777777" w:rsidR="00A14D53" w:rsidRDefault="00000000">
            <w:r>
              <w:t>PACOTE</w:t>
            </w:r>
          </w:p>
        </w:tc>
        <w:tc>
          <w:tcPr>
            <w:tcW w:w="1080" w:type="dxa"/>
          </w:tcPr>
          <w:p w14:paraId="1716FCE9" w14:textId="77777777" w:rsidR="00A14D53" w:rsidRDefault="00000000">
            <w:r>
              <w:t>300</w:t>
            </w:r>
          </w:p>
        </w:tc>
        <w:tc>
          <w:tcPr>
            <w:tcW w:w="1080" w:type="dxa"/>
          </w:tcPr>
          <w:p w14:paraId="67F1429F" w14:textId="77777777" w:rsidR="00A14D53" w:rsidRDefault="00000000">
            <w:r>
              <w:t>450</w:t>
            </w:r>
          </w:p>
        </w:tc>
        <w:tc>
          <w:tcPr>
            <w:tcW w:w="1080" w:type="dxa"/>
          </w:tcPr>
          <w:p w14:paraId="2D95AEA5" w14:textId="77777777" w:rsidR="00A14D53" w:rsidRDefault="00000000">
            <w:r>
              <w:t>300</w:t>
            </w:r>
          </w:p>
        </w:tc>
        <w:tc>
          <w:tcPr>
            <w:tcW w:w="1080" w:type="dxa"/>
          </w:tcPr>
          <w:p w14:paraId="6259C475" w14:textId="77777777" w:rsidR="00A14D53" w:rsidRDefault="00000000">
            <w:r>
              <w:t>300</w:t>
            </w:r>
          </w:p>
        </w:tc>
        <w:tc>
          <w:tcPr>
            <w:tcW w:w="1080" w:type="dxa"/>
          </w:tcPr>
          <w:p w14:paraId="28D2B883" w14:textId="77777777" w:rsidR="00A14D53" w:rsidRDefault="00000000">
            <w:r>
              <w:t>1350</w:t>
            </w:r>
          </w:p>
        </w:tc>
      </w:tr>
      <w:tr w:rsidR="00A14D53" w14:paraId="7F6F07BA" w14:textId="77777777">
        <w:tc>
          <w:tcPr>
            <w:tcW w:w="1080" w:type="dxa"/>
          </w:tcPr>
          <w:p w14:paraId="2D402E1D" w14:textId="77777777" w:rsidR="00A14D53" w:rsidRDefault="00000000">
            <w:r>
              <w:lastRenderedPageBreak/>
              <w:t>64</w:t>
            </w:r>
          </w:p>
        </w:tc>
        <w:tc>
          <w:tcPr>
            <w:tcW w:w="1080" w:type="dxa"/>
          </w:tcPr>
          <w:p w14:paraId="1235C7C9" w14:textId="77777777" w:rsidR="00A14D53" w:rsidRDefault="00000000">
            <w:r>
              <w:t>Saco de lixo 200 L – pacote c/ 100 unidades</w:t>
            </w:r>
          </w:p>
        </w:tc>
        <w:tc>
          <w:tcPr>
            <w:tcW w:w="1080" w:type="dxa"/>
          </w:tcPr>
          <w:p w14:paraId="343E14CE" w14:textId="77777777" w:rsidR="00A14D53" w:rsidRDefault="00000000">
            <w:r>
              <w:t>PACOTE</w:t>
            </w:r>
          </w:p>
        </w:tc>
        <w:tc>
          <w:tcPr>
            <w:tcW w:w="1080" w:type="dxa"/>
          </w:tcPr>
          <w:p w14:paraId="4CB0F1CF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3B397D46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2787AF90" w14:textId="77777777" w:rsidR="00A14D53" w:rsidRDefault="00000000">
            <w:r>
              <w:t>75</w:t>
            </w:r>
          </w:p>
        </w:tc>
        <w:tc>
          <w:tcPr>
            <w:tcW w:w="1080" w:type="dxa"/>
          </w:tcPr>
          <w:p w14:paraId="1B66E595" w14:textId="77777777" w:rsidR="00A14D53" w:rsidRDefault="00000000">
            <w:r>
              <w:t>90</w:t>
            </w:r>
          </w:p>
        </w:tc>
        <w:tc>
          <w:tcPr>
            <w:tcW w:w="1080" w:type="dxa"/>
          </w:tcPr>
          <w:p w14:paraId="5582366E" w14:textId="77777777" w:rsidR="00A14D53" w:rsidRDefault="00000000">
            <w:r>
              <w:t>465</w:t>
            </w:r>
          </w:p>
        </w:tc>
      </w:tr>
      <w:tr w:rsidR="00A14D53" w14:paraId="099F659B" w14:textId="77777777">
        <w:tc>
          <w:tcPr>
            <w:tcW w:w="1080" w:type="dxa"/>
          </w:tcPr>
          <w:p w14:paraId="61886EBE" w14:textId="77777777" w:rsidR="00A14D53" w:rsidRDefault="00000000">
            <w:r>
              <w:t>65</w:t>
            </w:r>
          </w:p>
        </w:tc>
        <w:tc>
          <w:tcPr>
            <w:tcW w:w="1080" w:type="dxa"/>
          </w:tcPr>
          <w:p w14:paraId="4A0D58BF" w14:textId="77777777" w:rsidR="00A14D53" w:rsidRDefault="00000000">
            <w:r>
              <w:t>Papel higiênico folha dupla – fardo c/ 64 rolos</w:t>
            </w:r>
          </w:p>
        </w:tc>
        <w:tc>
          <w:tcPr>
            <w:tcW w:w="1080" w:type="dxa"/>
          </w:tcPr>
          <w:p w14:paraId="7D127C89" w14:textId="77777777" w:rsidR="00A14D53" w:rsidRDefault="00000000">
            <w:r>
              <w:t>FARDO</w:t>
            </w:r>
          </w:p>
        </w:tc>
        <w:tc>
          <w:tcPr>
            <w:tcW w:w="1080" w:type="dxa"/>
          </w:tcPr>
          <w:p w14:paraId="49409C37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4EB5BAFA" w14:textId="77777777" w:rsidR="00A14D53" w:rsidRDefault="00000000">
            <w:r>
              <w:t>375</w:t>
            </w:r>
          </w:p>
        </w:tc>
        <w:tc>
          <w:tcPr>
            <w:tcW w:w="1080" w:type="dxa"/>
          </w:tcPr>
          <w:p w14:paraId="2CD2F039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335687A9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199F26C7" w14:textId="77777777" w:rsidR="00A14D53" w:rsidRDefault="00000000">
            <w:r>
              <w:t>975</w:t>
            </w:r>
          </w:p>
        </w:tc>
      </w:tr>
      <w:tr w:rsidR="00A14D53" w14:paraId="1B3C0CC2" w14:textId="77777777">
        <w:tc>
          <w:tcPr>
            <w:tcW w:w="1080" w:type="dxa"/>
          </w:tcPr>
          <w:p w14:paraId="43099F75" w14:textId="77777777" w:rsidR="00A14D53" w:rsidRDefault="00000000">
            <w:r>
              <w:t>66</w:t>
            </w:r>
          </w:p>
        </w:tc>
        <w:tc>
          <w:tcPr>
            <w:tcW w:w="1080" w:type="dxa"/>
          </w:tcPr>
          <w:p w14:paraId="63373587" w14:textId="77777777" w:rsidR="00A14D53" w:rsidRDefault="00000000">
            <w:r>
              <w:t>Papel higiênico institucional – rolo 300 m</w:t>
            </w:r>
          </w:p>
        </w:tc>
        <w:tc>
          <w:tcPr>
            <w:tcW w:w="1080" w:type="dxa"/>
          </w:tcPr>
          <w:p w14:paraId="580D56B4" w14:textId="77777777" w:rsidR="00A14D53" w:rsidRDefault="00000000">
            <w:r>
              <w:t>FARDO</w:t>
            </w:r>
          </w:p>
        </w:tc>
        <w:tc>
          <w:tcPr>
            <w:tcW w:w="1080" w:type="dxa"/>
          </w:tcPr>
          <w:p w14:paraId="12C42F5B" w14:textId="77777777" w:rsidR="00A14D53" w:rsidRDefault="00000000">
            <w:r>
              <w:t>75</w:t>
            </w:r>
          </w:p>
        </w:tc>
        <w:tc>
          <w:tcPr>
            <w:tcW w:w="1080" w:type="dxa"/>
          </w:tcPr>
          <w:p w14:paraId="0B59621F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7F15EB3E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06EE9B45" w14:textId="77777777" w:rsidR="00A14D53" w:rsidRDefault="00000000">
            <w:r>
              <w:t>75</w:t>
            </w:r>
          </w:p>
        </w:tc>
        <w:tc>
          <w:tcPr>
            <w:tcW w:w="1080" w:type="dxa"/>
          </w:tcPr>
          <w:p w14:paraId="0AC74F5B" w14:textId="77777777" w:rsidR="00A14D53" w:rsidRDefault="00000000">
            <w:r>
              <w:t>450</w:t>
            </w:r>
          </w:p>
        </w:tc>
      </w:tr>
      <w:tr w:rsidR="00A14D53" w14:paraId="39F2FD4B" w14:textId="77777777">
        <w:tc>
          <w:tcPr>
            <w:tcW w:w="1080" w:type="dxa"/>
          </w:tcPr>
          <w:p w14:paraId="69C238E1" w14:textId="77777777" w:rsidR="00A14D53" w:rsidRDefault="00000000">
            <w:r>
              <w:t>67</w:t>
            </w:r>
          </w:p>
        </w:tc>
        <w:tc>
          <w:tcPr>
            <w:tcW w:w="1080" w:type="dxa"/>
          </w:tcPr>
          <w:p w14:paraId="5B0CF7BD" w14:textId="77777777" w:rsidR="00A14D53" w:rsidRDefault="00000000">
            <w:r>
              <w:t>Papel toalha interfolhado – pacote c/ 1.000 folhas</w:t>
            </w:r>
          </w:p>
        </w:tc>
        <w:tc>
          <w:tcPr>
            <w:tcW w:w="1080" w:type="dxa"/>
          </w:tcPr>
          <w:p w14:paraId="1B88EBFF" w14:textId="77777777" w:rsidR="00A14D53" w:rsidRDefault="00000000">
            <w:r>
              <w:t>PACOTE</w:t>
            </w:r>
          </w:p>
        </w:tc>
        <w:tc>
          <w:tcPr>
            <w:tcW w:w="1080" w:type="dxa"/>
          </w:tcPr>
          <w:p w14:paraId="6ED26369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183CA1D1" w14:textId="77777777" w:rsidR="00A14D53" w:rsidRDefault="00000000">
            <w:r>
              <w:t>600</w:t>
            </w:r>
          </w:p>
        </w:tc>
        <w:tc>
          <w:tcPr>
            <w:tcW w:w="1080" w:type="dxa"/>
          </w:tcPr>
          <w:p w14:paraId="69188D57" w14:textId="77777777" w:rsidR="00A14D53" w:rsidRDefault="00000000">
            <w:r>
              <w:t>450</w:t>
            </w:r>
          </w:p>
        </w:tc>
        <w:tc>
          <w:tcPr>
            <w:tcW w:w="1080" w:type="dxa"/>
          </w:tcPr>
          <w:p w14:paraId="6DF32835" w14:textId="77777777" w:rsidR="00A14D53" w:rsidRDefault="00000000">
            <w:r>
              <w:t>300</w:t>
            </w:r>
          </w:p>
        </w:tc>
        <w:tc>
          <w:tcPr>
            <w:tcW w:w="1080" w:type="dxa"/>
          </w:tcPr>
          <w:p w14:paraId="245A5EC9" w14:textId="77777777" w:rsidR="00A14D53" w:rsidRDefault="00000000">
            <w:r>
              <w:t>1575</w:t>
            </w:r>
          </w:p>
        </w:tc>
      </w:tr>
      <w:tr w:rsidR="00A14D53" w14:paraId="07F53131" w14:textId="77777777">
        <w:tc>
          <w:tcPr>
            <w:tcW w:w="1080" w:type="dxa"/>
          </w:tcPr>
          <w:p w14:paraId="39EBE988" w14:textId="77777777" w:rsidR="00A14D53" w:rsidRDefault="00000000">
            <w:r>
              <w:t>68</w:t>
            </w:r>
          </w:p>
        </w:tc>
        <w:tc>
          <w:tcPr>
            <w:tcW w:w="1080" w:type="dxa"/>
          </w:tcPr>
          <w:p w14:paraId="2A6AE498" w14:textId="77777777" w:rsidR="00A14D53" w:rsidRDefault="00000000">
            <w:r>
              <w:t>Papel toalha em bobina</w:t>
            </w:r>
          </w:p>
        </w:tc>
        <w:tc>
          <w:tcPr>
            <w:tcW w:w="1080" w:type="dxa"/>
          </w:tcPr>
          <w:p w14:paraId="61D05B0E" w14:textId="77777777" w:rsidR="00A14D53" w:rsidRDefault="00000000">
            <w:r>
              <w:t>FARDO</w:t>
            </w:r>
          </w:p>
        </w:tc>
        <w:tc>
          <w:tcPr>
            <w:tcW w:w="1080" w:type="dxa"/>
          </w:tcPr>
          <w:p w14:paraId="11421F00" w14:textId="77777777" w:rsidR="00A14D53" w:rsidRDefault="00000000">
            <w:r>
              <w:t>75</w:t>
            </w:r>
          </w:p>
        </w:tc>
        <w:tc>
          <w:tcPr>
            <w:tcW w:w="1080" w:type="dxa"/>
          </w:tcPr>
          <w:p w14:paraId="30AC0098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519F8688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6FF8FBE6" w14:textId="77777777" w:rsidR="00A14D53" w:rsidRDefault="00000000">
            <w:r>
              <w:t>90</w:t>
            </w:r>
          </w:p>
        </w:tc>
        <w:tc>
          <w:tcPr>
            <w:tcW w:w="1080" w:type="dxa"/>
          </w:tcPr>
          <w:p w14:paraId="3DE4A75B" w14:textId="77777777" w:rsidR="00A14D53" w:rsidRDefault="00000000">
            <w:r>
              <w:t>540</w:t>
            </w:r>
          </w:p>
        </w:tc>
      </w:tr>
      <w:tr w:rsidR="00A14D53" w14:paraId="5EF50B56" w14:textId="77777777">
        <w:tc>
          <w:tcPr>
            <w:tcW w:w="1080" w:type="dxa"/>
          </w:tcPr>
          <w:p w14:paraId="646CE430" w14:textId="77777777" w:rsidR="00A14D53" w:rsidRDefault="00000000">
            <w:r>
              <w:t>69</w:t>
            </w:r>
          </w:p>
        </w:tc>
        <w:tc>
          <w:tcPr>
            <w:tcW w:w="1080" w:type="dxa"/>
          </w:tcPr>
          <w:p w14:paraId="407AF8E7" w14:textId="77777777" w:rsidR="00A14D53" w:rsidRDefault="00000000">
            <w:r>
              <w:t>Luva de látex para limpeza – tamanho P</w:t>
            </w:r>
          </w:p>
        </w:tc>
        <w:tc>
          <w:tcPr>
            <w:tcW w:w="1080" w:type="dxa"/>
          </w:tcPr>
          <w:p w14:paraId="48AB8C3C" w14:textId="77777777" w:rsidR="00A14D53" w:rsidRDefault="00000000">
            <w:r>
              <w:t>PAR</w:t>
            </w:r>
          </w:p>
        </w:tc>
        <w:tc>
          <w:tcPr>
            <w:tcW w:w="1080" w:type="dxa"/>
          </w:tcPr>
          <w:p w14:paraId="782FBD39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5A7B3555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43B9E102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4CF9EF7B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2B650EC9" w14:textId="77777777" w:rsidR="00A14D53" w:rsidRDefault="00000000">
            <w:r>
              <w:t>750</w:t>
            </w:r>
          </w:p>
        </w:tc>
      </w:tr>
      <w:tr w:rsidR="00A14D53" w14:paraId="00E0CF1F" w14:textId="77777777">
        <w:tc>
          <w:tcPr>
            <w:tcW w:w="1080" w:type="dxa"/>
          </w:tcPr>
          <w:p w14:paraId="79C0C5AB" w14:textId="77777777" w:rsidR="00A14D53" w:rsidRDefault="00000000">
            <w:r>
              <w:t>70</w:t>
            </w:r>
          </w:p>
        </w:tc>
        <w:tc>
          <w:tcPr>
            <w:tcW w:w="1080" w:type="dxa"/>
          </w:tcPr>
          <w:p w14:paraId="736C32BF" w14:textId="77777777" w:rsidR="00A14D53" w:rsidRDefault="00000000">
            <w:r>
              <w:t>Luva de látex para limpeza – tamanho M</w:t>
            </w:r>
          </w:p>
        </w:tc>
        <w:tc>
          <w:tcPr>
            <w:tcW w:w="1080" w:type="dxa"/>
          </w:tcPr>
          <w:p w14:paraId="18E3AC85" w14:textId="77777777" w:rsidR="00A14D53" w:rsidRDefault="00000000">
            <w:r>
              <w:t>PAR</w:t>
            </w:r>
          </w:p>
        </w:tc>
        <w:tc>
          <w:tcPr>
            <w:tcW w:w="1080" w:type="dxa"/>
          </w:tcPr>
          <w:p w14:paraId="715E29C7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4475B1BA" w14:textId="77777777" w:rsidR="00A14D53" w:rsidRDefault="00000000">
            <w:r>
              <w:t>375</w:t>
            </w:r>
          </w:p>
        </w:tc>
        <w:tc>
          <w:tcPr>
            <w:tcW w:w="1080" w:type="dxa"/>
          </w:tcPr>
          <w:p w14:paraId="722FFEEA" w14:textId="77777777" w:rsidR="00A14D53" w:rsidRDefault="00000000">
            <w:r>
              <w:t>375</w:t>
            </w:r>
          </w:p>
        </w:tc>
        <w:tc>
          <w:tcPr>
            <w:tcW w:w="1080" w:type="dxa"/>
          </w:tcPr>
          <w:p w14:paraId="365348C0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341ABD66" w14:textId="77777777" w:rsidR="00A14D53" w:rsidRDefault="00000000">
            <w:r>
              <w:t>1200</w:t>
            </w:r>
          </w:p>
        </w:tc>
      </w:tr>
      <w:tr w:rsidR="00A14D53" w14:paraId="55DB0BA4" w14:textId="77777777">
        <w:tc>
          <w:tcPr>
            <w:tcW w:w="1080" w:type="dxa"/>
          </w:tcPr>
          <w:p w14:paraId="4B767C4D" w14:textId="77777777" w:rsidR="00A14D53" w:rsidRDefault="00000000">
            <w:r>
              <w:t>71</w:t>
            </w:r>
          </w:p>
        </w:tc>
        <w:tc>
          <w:tcPr>
            <w:tcW w:w="1080" w:type="dxa"/>
          </w:tcPr>
          <w:p w14:paraId="1B8B7DFA" w14:textId="77777777" w:rsidR="00A14D53" w:rsidRDefault="00000000">
            <w:r>
              <w:t>Luva de látex para limpeza – tamanho G</w:t>
            </w:r>
          </w:p>
        </w:tc>
        <w:tc>
          <w:tcPr>
            <w:tcW w:w="1080" w:type="dxa"/>
          </w:tcPr>
          <w:p w14:paraId="516CA341" w14:textId="77777777" w:rsidR="00A14D53" w:rsidRDefault="00000000">
            <w:r>
              <w:t>PAR</w:t>
            </w:r>
          </w:p>
        </w:tc>
        <w:tc>
          <w:tcPr>
            <w:tcW w:w="1080" w:type="dxa"/>
          </w:tcPr>
          <w:p w14:paraId="4FBFE0BC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0F1D6A43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76823745" w14:textId="77777777" w:rsidR="00A14D53" w:rsidRDefault="00000000">
            <w:r>
              <w:t>225</w:t>
            </w:r>
          </w:p>
        </w:tc>
        <w:tc>
          <w:tcPr>
            <w:tcW w:w="1080" w:type="dxa"/>
          </w:tcPr>
          <w:p w14:paraId="7C8F5556" w14:textId="77777777" w:rsidR="00A14D53" w:rsidRDefault="00000000">
            <w:r>
              <w:t>150</w:t>
            </w:r>
          </w:p>
        </w:tc>
        <w:tc>
          <w:tcPr>
            <w:tcW w:w="1080" w:type="dxa"/>
          </w:tcPr>
          <w:p w14:paraId="21C9CD70" w14:textId="77777777" w:rsidR="00A14D53" w:rsidRDefault="00000000">
            <w:r>
              <w:t>750</w:t>
            </w:r>
          </w:p>
        </w:tc>
      </w:tr>
    </w:tbl>
    <w:p w14:paraId="4F5A7722" w14:textId="77777777" w:rsidR="00A14D53" w:rsidRDefault="00000000">
      <w:pPr>
        <w:pStyle w:val="Ttulo2"/>
      </w:pPr>
      <w:r>
        <w:t>Resultados Pretendidos</w:t>
      </w:r>
    </w:p>
    <w:p w14:paraId="5C99240C" w14:textId="77777777" w:rsidR="00A14D53" w:rsidRDefault="00000000">
      <w:r>
        <w:t xml:space="preserve">Garantir o abastecimento contínuo dos órgãos municipais, assegurar condições adequadas de higiene e limpeza, padronizar os materiais utilizados, otimizar os custos mediante Registro de Preços e subsidiar </w:t>
      </w:r>
      <w:proofErr w:type="gramStart"/>
      <w:r>
        <w:t>a</w:t>
      </w:r>
      <w:proofErr w:type="gramEnd"/>
      <w:r>
        <w:t xml:space="preserve"> elaboração do ETP, Termo de Referência, Pesquisa de </w:t>
      </w:r>
      <w:proofErr w:type="spellStart"/>
      <w:r>
        <w:t>Preços</w:t>
      </w:r>
      <w:proofErr w:type="spellEnd"/>
      <w:r>
        <w:t xml:space="preserve"> e </w:t>
      </w:r>
      <w:proofErr w:type="spellStart"/>
      <w:r>
        <w:t>Edital</w:t>
      </w:r>
      <w:proofErr w:type="spellEnd"/>
      <w:r>
        <w:t>.</w:t>
      </w:r>
    </w:p>
    <w:p w14:paraId="4B781A52" w14:textId="77777777" w:rsidR="00042261" w:rsidRDefault="00042261"/>
    <w:p w14:paraId="032A79D1" w14:textId="5E326B54" w:rsidR="00042261" w:rsidRDefault="00042261" w:rsidP="00042261">
      <w:pPr>
        <w:jc w:val="right"/>
      </w:pPr>
      <w:r>
        <w:t xml:space="preserve">Calmon/SC, 27 de </w:t>
      </w:r>
      <w:proofErr w:type="spellStart"/>
      <w:r>
        <w:t>junho</w:t>
      </w:r>
      <w:proofErr w:type="spellEnd"/>
      <w:r>
        <w:t xml:space="preserve"> de 2026</w:t>
      </w:r>
    </w:p>
    <w:p w14:paraId="2124577E" w14:textId="77777777" w:rsidR="00042261" w:rsidRDefault="00042261"/>
    <w:p w14:paraId="3F76BEB0" w14:textId="77777777" w:rsidR="00A14D53" w:rsidRDefault="00000000" w:rsidP="00042261">
      <w:pPr>
        <w:jc w:val="center"/>
      </w:pPr>
      <w:r>
        <w:t>Hélio Marcelo Olenka</w:t>
      </w:r>
      <w:r>
        <w:br/>
      </w:r>
      <w:r>
        <w:br/>
        <w:t>Luiz Carlos de Oliveira</w:t>
      </w:r>
      <w:r>
        <w:br/>
      </w:r>
      <w:r>
        <w:br/>
        <w:t>Edimar Anschau Santiel</w:t>
      </w:r>
      <w:r>
        <w:br/>
      </w:r>
      <w:r>
        <w:br/>
        <w:t>Vilma de Fátima Padilha Godoy</w:t>
      </w:r>
    </w:p>
    <w:p w14:paraId="4CC5E7FF" w14:textId="77777777" w:rsidR="00042261" w:rsidRDefault="00042261"/>
    <w:sectPr w:rsidR="0004226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35618" w14:textId="77777777" w:rsidR="008E1F63" w:rsidRDefault="008E1F63" w:rsidP="00B07DDF">
      <w:pPr>
        <w:spacing w:after="0" w:line="240" w:lineRule="auto"/>
      </w:pPr>
      <w:r>
        <w:separator/>
      </w:r>
    </w:p>
  </w:endnote>
  <w:endnote w:type="continuationSeparator" w:id="0">
    <w:p w14:paraId="51CD771F" w14:textId="77777777" w:rsidR="008E1F63" w:rsidRDefault="008E1F63" w:rsidP="00B07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6B1F8" w14:textId="77777777" w:rsidR="008E1F63" w:rsidRDefault="008E1F63" w:rsidP="00B07DDF">
      <w:pPr>
        <w:spacing w:after="0" w:line="240" w:lineRule="auto"/>
      </w:pPr>
      <w:r>
        <w:separator/>
      </w:r>
    </w:p>
  </w:footnote>
  <w:footnote w:type="continuationSeparator" w:id="0">
    <w:p w14:paraId="14555545" w14:textId="77777777" w:rsidR="008E1F63" w:rsidRDefault="008E1F63" w:rsidP="00B07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C3E0" w14:textId="50DB81E2" w:rsidR="00B07DDF" w:rsidRDefault="00B07DDF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12A56E" wp14:editId="59550961">
          <wp:simplePos x="0" y="0"/>
          <wp:positionH relativeFrom="column">
            <wp:posOffset>-1013460</wp:posOffset>
          </wp:positionH>
          <wp:positionV relativeFrom="paragraph">
            <wp:posOffset>-464820</wp:posOffset>
          </wp:positionV>
          <wp:extent cx="7475220" cy="10149840"/>
          <wp:effectExtent l="0" t="0" r="0" b="3810"/>
          <wp:wrapNone/>
          <wp:docPr id="195729055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290559" name="Imagem 19572905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75220" cy="1014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6338675">
    <w:abstractNumId w:val="8"/>
  </w:num>
  <w:num w:numId="2" w16cid:durableId="200746329">
    <w:abstractNumId w:val="6"/>
  </w:num>
  <w:num w:numId="3" w16cid:durableId="1549757000">
    <w:abstractNumId w:val="5"/>
  </w:num>
  <w:num w:numId="4" w16cid:durableId="945886874">
    <w:abstractNumId w:val="4"/>
  </w:num>
  <w:num w:numId="5" w16cid:durableId="1247033485">
    <w:abstractNumId w:val="7"/>
  </w:num>
  <w:num w:numId="6" w16cid:durableId="1204319304">
    <w:abstractNumId w:val="3"/>
  </w:num>
  <w:num w:numId="7" w16cid:durableId="320693825">
    <w:abstractNumId w:val="2"/>
  </w:num>
  <w:num w:numId="8" w16cid:durableId="1533689534">
    <w:abstractNumId w:val="1"/>
  </w:num>
  <w:num w:numId="9" w16cid:durableId="860703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261"/>
    <w:rsid w:val="0006063C"/>
    <w:rsid w:val="0015074B"/>
    <w:rsid w:val="00216918"/>
    <w:rsid w:val="0029639D"/>
    <w:rsid w:val="00326F90"/>
    <w:rsid w:val="008E1F63"/>
    <w:rsid w:val="00A14D53"/>
    <w:rsid w:val="00AA1D8D"/>
    <w:rsid w:val="00B07DD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5DFF65"/>
  <w14:defaultImageDpi w14:val="300"/>
  <w15:docId w15:val="{59DBE01C-607A-4B2C-AD3D-6EADB1D8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B07DDF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B07DDF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900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2026-07-21T19:12:00Z</dcterms:created>
  <dcterms:modified xsi:type="dcterms:W3CDTF">2026-07-21T19:15:00Z</dcterms:modified>
  <cp:category/>
</cp:coreProperties>
</file>