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787E3" w14:textId="77777777" w:rsidR="00CD53FB" w:rsidRDefault="00CD53FB">
      <w:pPr>
        <w:jc w:val="center"/>
        <w:rPr>
          <w:b/>
        </w:rPr>
      </w:pPr>
    </w:p>
    <w:p w14:paraId="2D407814" w14:textId="093E1AD1" w:rsidR="00E76AA8" w:rsidRDefault="00000000">
      <w:pPr>
        <w:jc w:val="center"/>
      </w:pPr>
      <w:r>
        <w:rPr>
          <w:b/>
        </w:rPr>
        <w:t xml:space="preserve"> MODELOS DE DECLARAÇÕES</w:t>
      </w:r>
    </w:p>
    <w:p w14:paraId="1D4B6A97" w14:textId="77777777" w:rsidR="00E76AA8" w:rsidRDefault="00000000">
      <w:pPr>
        <w:jc w:val="center"/>
      </w:pPr>
      <w:r>
        <w:rPr>
          <w:b/>
        </w:rPr>
        <w:t>CONCORRÊNCIA Nº 0001/2026 – PROCESSO ADMINISTRATIVO Nº 0010/2026</w:t>
      </w:r>
      <w:r>
        <w:rPr>
          <w:b/>
        </w:rPr>
        <w:br/>
        <w:t>MUNICÍPIO DE CALMON/SC</w:t>
      </w:r>
    </w:p>
    <w:p w14:paraId="7144D5BB" w14:textId="77777777" w:rsidR="00E76AA8" w:rsidRDefault="00E76AA8"/>
    <w:p w14:paraId="78C84D95" w14:textId="77777777" w:rsidR="00E76AA8" w:rsidRDefault="00000000">
      <w:r>
        <w:rPr>
          <w:i/>
        </w:rPr>
        <w:t>Modelos referenciais. O licitante poderá apresentar em papel timbrado próprio, desde que contenha o mesmo teor.</w:t>
      </w:r>
    </w:p>
    <w:p w14:paraId="375547A3" w14:textId="77777777" w:rsidR="00E76AA8" w:rsidRDefault="00E76AA8"/>
    <w:p w14:paraId="5DAA1174" w14:textId="77777777" w:rsidR="00E76AA8" w:rsidRDefault="00000000">
      <w:r>
        <w:rPr>
          <w:b/>
        </w:rPr>
        <w:t>DECLARAÇÃO 01 – ATENDIMENTO AOS REQUISITOS DE HABILITAÇÃO</w:t>
      </w:r>
    </w:p>
    <w:p w14:paraId="606C75CA" w14:textId="77777777" w:rsidR="00E76AA8" w:rsidRDefault="00000000">
      <w:r>
        <w:t>A empresa [RAZÃO SOCIAL], CNPJ nº [CNPJ], com sede à [ENDEREÇO], por seu representante legal [NOME], CPF [ ], RG [ ], declara que atende plenamente aos requisitos de habilitação exigidos no Edital da Concorrência nº 0001/2026 (PA nº 0010/2026) e na legislação aplicável, responsabilizando-se pela veracidade das informações e documentos apresentados.</w:t>
      </w:r>
      <w:r>
        <w:br/>
      </w:r>
      <w:r>
        <w:br/>
        <w:t>[Cidade/UF], [data].</w:t>
      </w:r>
      <w:r>
        <w:br/>
      </w:r>
      <w:r>
        <w:br/>
        <w:t>__________________________________</w:t>
      </w:r>
      <w:r>
        <w:br/>
        <w:t>[NOME] – [Cargo]</w:t>
      </w:r>
      <w:r>
        <w:br/>
        <w:t>[Razão Social] – CNPJ: [ ]</w:t>
      </w:r>
    </w:p>
    <w:p w14:paraId="3BEFC0BE" w14:textId="77777777" w:rsidR="00E76AA8" w:rsidRDefault="00000000">
      <w:r>
        <w:rPr>
          <w:b/>
        </w:rPr>
        <w:t>DECLARAÇÃO 02 – INEXISTÊNCIA DE TRABALHO INFANTIL</w:t>
      </w:r>
    </w:p>
    <w:p w14:paraId="77C20440" w14:textId="77777777" w:rsidR="00E76AA8" w:rsidRDefault="00000000">
      <w:r>
        <w:t>A empresa [RAZÃO SOCIAL], CNPJ nº [CNPJ], por seu representante legal, declara, sob as penas da lei, que não emprega menor de 18 anos em trabalho noturno, perigoso ou insalubre e não emprega menor de 16 anos.</w:t>
      </w:r>
      <w:r>
        <w:br/>
      </w:r>
      <w:r>
        <w:br/>
        <w:t>Ressalva: emprega menor a partir de 14 anos, na condição de aprendiz: (  ) SIM   (  ) NÃO</w:t>
      </w:r>
      <w:r>
        <w:br/>
      </w:r>
      <w:r>
        <w:br/>
        <w:t>[Cidade/UF], [data].</w:t>
      </w:r>
      <w:r>
        <w:br/>
      </w:r>
      <w:r>
        <w:br/>
        <w:t>__________________________________</w:t>
      </w:r>
      <w:r>
        <w:br/>
        <w:t>[NOME] – [Cargo]</w:t>
      </w:r>
      <w:r>
        <w:br/>
        <w:t>[Razão Social] – CNPJ: [ ]</w:t>
      </w:r>
    </w:p>
    <w:p w14:paraId="1CFD93D7" w14:textId="77777777" w:rsidR="00CD53FB" w:rsidRDefault="00CD53FB">
      <w:pPr>
        <w:rPr>
          <w:b/>
        </w:rPr>
      </w:pPr>
    </w:p>
    <w:p w14:paraId="4FE26717" w14:textId="77777777" w:rsidR="00CD53FB" w:rsidRDefault="00CD53FB">
      <w:pPr>
        <w:rPr>
          <w:b/>
        </w:rPr>
      </w:pPr>
    </w:p>
    <w:p w14:paraId="6929F32C" w14:textId="471D7370" w:rsidR="00E76AA8" w:rsidRDefault="00000000">
      <w:r>
        <w:rPr>
          <w:b/>
        </w:rPr>
        <w:t>DECLARAÇÃO 03 – INTEGRALIDADE DOS CUSTOS TRABALHISTAS E ENCARGOS</w:t>
      </w:r>
    </w:p>
    <w:p w14:paraId="0962DCCB" w14:textId="77777777" w:rsidR="00E76AA8" w:rsidRDefault="00000000">
      <w:r>
        <w:t>A empresa [RAZÃO SOCIAL], CNPJ nº [CNPJ], por seu representante legal, declara que a proposta apresentada contempla a integralidade dos custos necessários ao atendimento dos direitos trabalhistas, encargos sociais, tributos e demais obrigações inerentes à execução do objeto, nos termos do Edital da Concorrência nº 0001/2026 (PA nº 0010/2026).</w:t>
      </w:r>
      <w:r>
        <w:br/>
      </w:r>
      <w:r>
        <w:br/>
        <w:t>[Cidade/UF], [data].</w:t>
      </w:r>
      <w:r>
        <w:br/>
      </w:r>
      <w:r>
        <w:br/>
        <w:t>__________________________________</w:t>
      </w:r>
      <w:r>
        <w:br/>
        <w:t>[NOME] – [Cargo]</w:t>
      </w:r>
      <w:r>
        <w:br/>
        <w:t>[Razão Social] – CNPJ: [ ]</w:t>
      </w:r>
    </w:p>
    <w:p w14:paraId="30BD0A40" w14:textId="77777777" w:rsidR="00E76AA8" w:rsidRDefault="00E76AA8"/>
    <w:p w14:paraId="5F3EFD0F" w14:textId="4069122A" w:rsidR="00E76AA8" w:rsidRDefault="00E76AA8"/>
    <w:sectPr w:rsidR="00E76AA8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3E6B2" w14:textId="77777777" w:rsidR="002B48D3" w:rsidRDefault="002B48D3" w:rsidP="00CD53FB">
      <w:pPr>
        <w:spacing w:after="0" w:line="240" w:lineRule="auto"/>
      </w:pPr>
      <w:r>
        <w:separator/>
      </w:r>
    </w:p>
  </w:endnote>
  <w:endnote w:type="continuationSeparator" w:id="0">
    <w:p w14:paraId="7034F66E" w14:textId="77777777" w:rsidR="002B48D3" w:rsidRDefault="002B48D3" w:rsidP="00CD5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76E68" w14:textId="77777777" w:rsidR="002B48D3" w:rsidRDefault="002B48D3" w:rsidP="00CD53FB">
      <w:pPr>
        <w:spacing w:after="0" w:line="240" w:lineRule="auto"/>
      </w:pPr>
      <w:r>
        <w:separator/>
      </w:r>
    </w:p>
  </w:footnote>
  <w:footnote w:type="continuationSeparator" w:id="0">
    <w:p w14:paraId="513BC16E" w14:textId="77777777" w:rsidR="002B48D3" w:rsidRDefault="002B48D3" w:rsidP="00CD53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787F4" w14:textId="6F9D4D95" w:rsidR="00CD53FB" w:rsidRDefault="00CD53FB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B62F97" wp14:editId="00F9C66E">
          <wp:simplePos x="0" y="0"/>
          <wp:positionH relativeFrom="column">
            <wp:posOffset>-1005840</wp:posOffset>
          </wp:positionH>
          <wp:positionV relativeFrom="paragraph">
            <wp:posOffset>-457200</wp:posOffset>
          </wp:positionV>
          <wp:extent cx="7399020" cy="9814560"/>
          <wp:effectExtent l="0" t="0" r="0" b="0"/>
          <wp:wrapNone/>
          <wp:docPr id="72796442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7964420" name="Imagem 72796442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99020" cy="981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2420282">
    <w:abstractNumId w:val="8"/>
  </w:num>
  <w:num w:numId="2" w16cid:durableId="410466977">
    <w:abstractNumId w:val="6"/>
  </w:num>
  <w:num w:numId="3" w16cid:durableId="316767588">
    <w:abstractNumId w:val="5"/>
  </w:num>
  <w:num w:numId="4" w16cid:durableId="95642704">
    <w:abstractNumId w:val="4"/>
  </w:num>
  <w:num w:numId="5" w16cid:durableId="709454609">
    <w:abstractNumId w:val="7"/>
  </w:num>
  <w:num w:numId="6" w16cid:durableId="1294288666">
    <w:abstractNumId w:val="3"/>
  </w:num>
  <w:num w:numId="7" w16cid:durableId="1076122469">
    <w:abstractNumId w:val="2"/>
  </w:num>
  <w:num w:numId="8" w16cid:durableId="1867592767">
    <w:abstractNumId w:val="1"/>
  </w:num>
  <w:num w:numId="9" w16cid:durableId="399599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48D3"/>
    <w:rsid w:val="00326F90"/>
    <w:rsid w:val="008D14DA"/>
    <w:rsid w:val="00AA1D8D"/>
    <w:rsid w:val="00B47730"/>
    <w:rsid w:val="00CB0664"/>
    <w:rsid w:val="00CD53FB"/>
    <w:rsid w:val="00E76A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D29CEFE"/>
  <w14:defaultImageDpi w14:val="300"/>
  <w15:docId w15:val="{5E31C79C-6E2B-4F50-9F0E-DD3F62E53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266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2026-02-06T16:16:00Z</dcterms:created>
  <dcterms:modified xsi:type="dcterms:W3CDTF">2026-02-06T16:16:00Z</dcterms:modified>
  <cp:category/>
</cp:coreProperties>
</file>